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ALPHABET LETTER</w:t>
      </w:r>
    </w:p>
    <w:p/>
    <w:p>
      <w:r>
        <w:rPr>
          <w:b/>
          <w:sz w:val="20"/>
        </w:rPr>
        <w:t>Sender Information:</w:t>
      </w:r>
    </w:p>
    <w:p>
      <w:r>
        <w:rPr>
          <w:b w:val="0"/>
          <w:sz w:val="20"/>
        </w:rPr>
        <w:t>Full Name: ____________________________________________________________</w:t>
      </w:r>
    </w:p>
    <w:p>
      <w:r>
        <w:rPr>
          <w:b w:val="0"/>
          <w:sz w:val="20"/>
        </w:rPr>
        <w:t>Company (if applicable): _______________________________________________</w:t>
      </w:r>
    </w:p>
    <w:p>
      <w:r>
        <w:rPr>
          <w:b w:val="0"/>
          <w:sz w:val="20"/>
        </w:rPr>
        <w:t>Address: _____________________________________________________________</w:t>
      </w:r>
    </w:p>
    <w:p>
      <w:r>
        <w:rPr>
          <w:b w:val="0"/>
          <w:sz w:val="20"/>
        </w:rPr>
        <w:t>Email: _______________________________________________________________</w:t>
      </w:r>
    </w:p>
    <w:p>
      <w:r>
        <w:rPr>
          <w:b w:val="0"/>
          <w:sz w:val="20"/>
        </w:rPr>
        <w:t>Phone: _______________________________________________________________</w:t>
      </w:r>
    </w:p>
    <w:p/>
    <w:p>
      <w:r>
        <w:rPr>
          <w:b/>
          <w:sz w:val="20"/>
        </w:rPr>
        <w:t>Recipient Information:</w:t>
      </w:r>
    </w:p>
    <w:p>
      <w:r>
        <w:rPr>
          <w:b w:val="0"/>
          <w:sz w:val="20"/>
        </w:rPr>
        <w:t>Full Name: ____________________________________________________________</w:t>
      </w:r>
    </w:p>
    <w:p>
      <w:r>
        <w:rPr>
          <w:b w:val="0"/>
          <w:sz w:val="20"/>
        </w:rPr>
        <w:t>Company (if applicable): _______________________________________________</w:t>
      </w:r>
    </w:p>
    <w:p>
      <w:r>
        <w:rPr>
          <w:b w:val="0"/>
          <w:sz w:val="20"/>
        </w:rPr>
        <w:t>Address: _____________________________________________________________</w:t>
      </w:r>
    </w:p>
    <w:p>
      <w:r>
        <w:rPr>
          <w:b w:val="0"/>
          <w:sz w:val="20"/>
        </w:rPr>
        <w:t>Email: _______________________________________________________________</w:t>
      </w:r>
    </w:p>
    <w:p>
      <w:r>
        <w:rPr>
          <w:b w:val="0"/>
          <w:sz w:val="20"/>
        </w:rPr>
        <w:t>Phone: _______________________________________________________________</w:t>
      </w:r>
    </w:p>
    <w:p/>
    <w:p>
      <w:r>
        <w:rPr>
          <w:b/>
          <w:sz w:val="20"/>
        </w:rPr>
        <w:t>Subject of the Letter:</w:t>
      </w:r>
    </w:p>
    <w:p>
      <w:r>
        <w:rPr>
          <w:b w:val="0"/>
          <w:sz w:val="20"/>
        </w:rPr>
        <w:t>_____________________________________________________________________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p>
      <w:r>
        <w:rPr>
          <w:b w:val="0"/>
          <w:sz w:val="20"/>
        </w:rPr>
        <w:t>Dear Sir/Madam,</w:t>
      </w:r>
    </w:p>
    <w:p/>
    <w:p>
      <w:r>
        <w:rPr>
          <w:b/>
          <w:sz w:val="20"/>
        </w:rPr>
        <w:t>1. Purpose of this Letter</w:t>
      </w:r>
    </w:p>
    <w:p>
      <w:r>
        <w:rPr>
          <w:b w:val="0"/>
          <w:sz w:val="20"/>
        </w:rPr>
        <w:t>This letter serves to formally communicate the matters set out herein and to establish a clear record of the intentions, requests, or notifications of the sender to the recipient. It is intended to be legally binding where applicable and enforceable under the laws of England and Wales.</w:t>
      </w:r>
    </w:p>
    <w:p/>
    <w:p>
      <w:r>
        <w:rPr>
          <w:b/>
          <w:sz w:val="20"/>
        </w:rPr>
        <w:t>2. Details and Background</w:t>
      </w:r>
    </w:p>
    <w:p>
      <w:r>
        <w:rPr>
          <w:b w:val="0"/>
          <w:sz w:val="20"/>
        </w:rPr>
        <w:t>The sender provides the following details relevant to the subject matter: _____________________________________________________________________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p>
      <w:r>
        <w:rPr>
          <w:b/>
          <w:sz w:val="20"/>
        </w:rPr>
        <w:t>3. Requests and Requirements</w:t>
      </w:r>
    </w:p>
    <w:p>
      <w:r>
        <w:rPr>
          <w:b w:val="0"/>
          <w:sz w:val="20"/>
        </w:rPr>
        <w:t>The sender respectfully requests the recipient to undertake the following actions or to acknowledge the following information: _____________________________________________________________________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p>
      <w:r>
        <w:rPr>
          <w:b/>
          <w:sz w:val="20"/>
        </w:rPr>
        <w:t>4. Legal Considerations</w:t>
      </w:r>
    </w:p>
    <w:p>
      <w:r>
        <w:rPr>
          <w:b w:val="0"/>
          <w:sz w:val="20"/>
        </w:rPr>
        <w:t>This letter is intended to comply with all applicable legal requirements under UK law. It does not constitute a contract unless explicitly stated and signed by both parties, but may be used as evidence of communication or intent in any ensuing dispute or legal matter.</w:t>
      </w:r>
    </w:p>
    <w:p/>
    <w:p>
      <w:r>
        <w:rPr>
          <w:b/>
          <w:sz w:val="20"/>
        </w:rPr>
        <w:t>5. Confidentiality Notice</w:t>
      </w:r>
    </w:p>
    <w:p>
      <w:r>
        <w:rPr>
          <w:b w:val="0"/>
          <w:sz w:val="20"/>
        </w:rPr>
        <w:t>The contents of this letter are confidential and intended solely for the recipient named above. Unauthorized disclosure, copying, or distribution is prohibited and may be unlawful.</w:t>
      </w:r>
    </w:p>
    <w:p/>
    <w:p>
      <w:r>
        <w:rPr>
          <w:b/>
          <w:sz w:val="20"/>
        </w:rPr>
        <w:t>6. Governing Law and Jurisdiction</w:t>
      </w:r>
    </w:p>
    <w:p>
      <w:r>
        <w:rPr>
          <w:b w:val="0"/>
          <w:sz w:val="20"/>
        </w:rPr>
        <w:t>This letter, and any disputes arising out of or in connection with it, shall be governed by and construed in accordance with the laws of England and Wales. The parties agree to submit to the exclusive jurisdiction of the English courts.</w:t>
      </w:r>
    </w:p>
    <w:p/>
    <w:p>
      <w:r>
        <w:rPr>
          <w:b/>
          <w:sz w:val="20"/>
        </w:rPr>
        <w:t>7. Contact Information for Follow-up</w:t>
      </w:r>
    </w:p>
    <w:p>
      <w:r>
        <w:rPr>
          <w:b w:val="0"/>
          <w:sz w:val="20"/>
        </w:rPr>
        <w:t>For any questions or further correspondence regarding this letter, please contact:</w:t>
      </w:r>
    </w:p>
    <w:p>
      <w:r>
        <w:rPr>
          <w:b w:val="0"/>
          <w:sz w:val="20"/>
        </w:rPr>
        <w:t>Name: ________________________________________________________________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val="0"/>
          <w:sz w:val="20"/>
        </w:rPr>
        <w:t>Yours faithfully,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https://docstemplates-uk.com/alphabet-letter/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alphabet-letter/"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