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CONSENT FORM FOR PARTICIPATION IN RESEARCH</w:t>
      </w:r>
    </w:p>
    <w:p/>
    <w:p>
      <w:r>
        <w:rPr>
          <w:b/>
          <w:sz w:val="20"/>
        </w:rPr>
        <w:t>Invitation to Participate</w:t>
      </w:r>
    </w:p>
    <w:p>
      <w:r>
        <w:rPr>
          <w:b w:val="0"/>
          <w:sz w:val="20"/>
        </w:rPr>
        <w:t>You are invited to participate in a research study conducted by the Principal Investigator. Please take the time to read this consent form carefully. If you have any questions, you should ask the research team before agreeing to participate.</w:t>
      </w:r>
    </w:p>
    <w:p/>
    <w:p>
      <w:r>
        <w:rPr>
          <w:b/>
          <w:sz w:val="20"/>
        </w:rPr>
        <w:t>Purpose of the Research</w:t>
      </w:r>
    </w:p>
    <w:p>
      <w:r>
        <w:rPr>
          <w:b w:val="0"/>
          <w:sz w:val="20"/>
        </w:rPr>
        <w:t>The purpose of this study is to investigate the objectives and outcomes related to [insert research topic]. Participation is voluntary and your involvement will contribute to advancing knowledge in this area.</w:t>
      </w:r>
    </w:p>
    <w:p/>
    <w:p>
      <w:r>
        <w:rPr>
          <w:b/>
          <w:sz w:val="20"/>
        </w:rPr>
        <w:t>Procedures</w:t>
      </w:r>
    </w:p>
    <w:p>
      <w:r>
        <w:rPr>
          <w:b w:val="0"/>
          <w:sz w:val="20"/>
        </w:rPr>
        <w:t>If you agree to participate, you will be asked to [describe procedures in detail, e.g., complete questionnaires, attend interviews, provide samples, etc.]. The total time commitment will be approximately [insert estimated time].</w:t>
      </w:r>
    </w:p>
    <w:p/>
    <w:p>
      <w:r>
        <w:rPr>
          <w:b/>
          <w:sz w:val="20"/>
        </w:rPr>
        <w:t>Voluntary Participation and Withdrawal</w:t>
      </w:r>
    </w:p>
    <w:p>
      <w:r>
        <w:rPr>
          <w:b w:val="0"/>
          <w:sz w:val="20"/>
        </w:rPr>
        <w:t>Your participation in this research is entirely voluntary. You may choose not to participate or to withdraw at any time without any penalty or loss of benefits to which you are otherwise entitled. If you decide to withdraw, please inform the research team.</w:t>
      </w:r>
    </w:p>
    <w:p/>
    <w:p>
      <w:r>
        <w:rPr>
          <w:b/>
          <w:sz w:val="20"/>
        </w:rPr>
        <w:t>Risks and Discomforts</w:t>
      </w:r>
    </w:p>
    <w:p>
      <w:r>
        <w:rPr>
          <w:b w:val="0"/>
          <w:sz w:val="20"/>
        </w:rPr>
        <w:t>There are no anticipated risks beyond those encountered in daily life. However, some participants may experience [list any possible minor risks or discomforts, if applicable]. If you experience any discomfort, please notify the research team immediately.</w:t>
      </w:r>
    </w:p>
    <w:p/>
    <w:p>
      <w:r>
        <w:rPr>
          <w:b/>
          <w:sz w:val="20"/>
        </w:rPr>
        <w:t>Benefits</w:t>
      </w:r>
    </w:p>
    <w:p>
      <w:r>
        <w:rPr>
          <w:b w:val="0"/>
          <w:sz w:val="20"/>
        </w:rPr>
        <w:t>There may be no direct benefit to you from participating in this study. However, your participation may help improve understanding and contribute to [insert potential benefits for society or science].</w:t>
      </w:r>
    </w:p>
    <w:p/>
    <w:p>
      <w:r>
        <w:rPr>
          <w:b/>
          <w:sz w:val="20"/>
        </w:rPr>
        <w:t>Confidentiality</w:t>
      </w:r>
    </w:p>
    <w:p>
      <w:r>
        <w:rPr>
          <w:b w:val="0"/>
          <w:sz w:val="20"/>
        </w:rPr>
        <w:t>All information you provide will be kept strictly confidential. Your data will be anonymised and stored securely in compliance with the Data Protection Act 2018 and UK GDPR. Only authorised members of the research team will have access to your identifiable information.</w:t>
      </w:r>
    </w:p>
    <w:p/>
    <w:p>
      <w:r>
        <w:rPr>
          <w:b/>
          <w:sz w:val="20"/>
        </w:rPr>
        <w:t>Data Protection and Use</w:t>
      </w:r>
    </w:p>
    <w:p>
      <w:r>
        <w:rPr>
          <w:b w:val="0"/>
          <w:sz w:val="20"/>
        </w:rPr>
        <w:t>Your personal data will be used solely for the purposes of this research. It will not be shared with third parties except as required by law or regulatory authorities. Data will be retained securely for a period of 5 years after the study's completion, after which it will be destroyed.</w:t>
      </w:r>
    </w:p>
    <w:p/>
    <w:p>
      <w:r>
        <w:rPr>
          <w:b/>
          <w:sz w:val="20"/>
        </w:rPr>
        <w:t>Compensation</w:t>
      </w:r>
    </w:p>
    <w:p>
      <w:r>
        <w:rPr>
          <w:b w:val="0"/>
          <w:sz w:val="20"/>
        </w:rPr>
        <w:t>You will not receive any payment for participating in this research. [Or specify details if compensation is provided.]</w:t>
      </w:r>
    </w:p>
    <w:p/>
    <w:p>
      <w:r>
        <w:rPr>
          <w:b/>
          <w:sz w:val="20"/>
        </w:rPr>
        <w:t>Contact Information</w:t>
      </w:r>
    </w:p>
    <w:p>
      <w:r>
        <w:rPr>
          <w:b w:val="0"/>
          <w:sz w:val="20"/>
        </w:rPr>
        <w:t>If you have any questions or concerns about this research or your rights as a participant, you may contact:</w:t>
        <w:br/>
        <w:br/>
        <w:t>Principal Investigator: _____________________________</w:t>
        <w:br/>
        <w:t>Phone: _____________________________________________</w:t>
        <w:br/>
        <w:t>Email: _____________________________________________</w:t>
        <w:br/>
        <w:br/>
        <w:t>If you have complaints regarding your rights or treatment in this study, you may contact the relevant ethics committee:</w:t>
        <w:br/>
        <w:br/>
        <w:t>Research Ethics Committee: __________________________</w:t>
        <w:br/>
        <w:t>Phone: _____________________________________________</w:t>
        <w:br/>
        <w:t>Email: _____________________________________________</w:t>
      </w:r>
    </w:p>
    <w:p/>
    <w:p>
      <w:r>
        <w:rPr>
          <w:b/>
          <w:sz w:val="20"/>
        </w:rPr>
        <w:t>Consent Statement</w:t>
      </w:r>
    </w:p>
    <w:p>
      <w:r>
        <w:rPr>
          <w:b w:val="0"/>
          <w:sz w:val="20"/>
        </w:rPr>
        <w:t>I have read and understood the information provided above. I have had the opportunity to ask questions and have had them answered to my satisfaction. I voluntarily agree to participate in this research study.</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PARTICIPANT</w:t>
            </w:r>
          </w:p>
        </w:tc>
        <w:tc>
          <w:tcPr>
            <w:tcW w:type="dxa" w:w="4986"/>
            <w:tcBorders>
              <w:top w:val="nil"/>
              <w:left w:val="nil"/>
              <w:bottom w:val="nil"/>
              <w:right w:val="nil"/>
              <w:insideH w:val="nil"/>
              <w:insideV w:val="nil"/>
            </w:tcBorders>
          </w:tcPr>
          <w:p>
            <w:pPr>
              <w:jc w:val="center"/>
            </w:pPr>
            <w:r>
              <w:t>RESEARCHER</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Print Name: __________________________</w:t>
            </w:r>
          </w:p>
        </w:tc>
        <w:tc>
          <w:tcPr>
            <w:tcW w:type="dxa" w:w="4986"/>
            <w:tcBorders>
              <w:top w:val="nil"/>
              <w:left w:val="nil"/>
              <w:bottom w:val="nil"/>
              <w:right w:val="nil"/>
              <w:insideH w:val="nil"/>
              <w:insideV w:val="nil"/>
            </w:tcBorders>
          </w:tcPr>
          <w:p>
            <w:pPr>
              <w:jc w:val="center"/>
            </w:pPr>
            <w:r>
              <w:t>Print Name: __________________________</w:t>
            </w:r>
          </w:p>
        </w:tc>
      </w:tr>
      <w:tr>
        <w:tc>
          <w:tcPr>
            <w:tcW w:type="dxa" w:w="4986"/>
            <w:tcBorders>
              <w:top w:val="nil"/>
              <w:left w:val="nil"/>
              <w:bottom w:val="nil"/>
              <w:right w:val="nil"/>
              <w:insideH w:val="nil"/>
              <w:insideV w:val="nil"/>
            </w:tcBorders>
          </w:tcPr>
          <w:p>
            <w:pPr>
              <w:jc w:val="center"/>
            </w:pPr>
            <w:r>
              <w:t>Date: ________________________________</w:t>
            </w:r>
          </w:p>
        </w:tc>
        <w:tc>
          <w:tcPr>
            <w:tcW w:type="dxa" w:w="4986"/>
            <w:tcBorders>
              <w:top w:val="nil"/>
              <w:left w:val="nil"/>
              <w:bottom w:val="nil"/>
              <w:right w:val="nil"/>
              <w:insideH w:val="nil"/>
              <w:insideV w:val="nil"/>
            </w:tcBorders>
          </w:tcPr>
          <w:p>
            <w:pPr>
              <w:jc w:val="center"/>
            </w:pPr>
            <w:r>
              <w:t>Date: ________________________________</w:t>
            </w:r>
          </w:p>
        </w:tc>
      </w:tr>
    </w:tbl>
    <w:p/>
    <w:p/>
    <w:p>
      <w:r>
        <w:rPr>
          <w:b/>
          <w:sz w:val="20"/>
        </w:rPr>
        <w:t>Statement of Legal Compliance</w:t>
      </w:r>
    </w:p>
    <w:p>
      <w:r>
        <w:rPr>
          <w:b w:val="0"/>
          <w:sz w:val="20"/>
        </w:rPr>
        <w:t>This consent form complies with all applicable laws and regulations in the United Kingdom, including the Data Protection Act 2018, UK GDPR, and the principles set out by the Health Research Authority (HRA) and relevant ethical guidelines. By signing this form, you confirm your voluntary informed consent to participate in this research.</w:t>
      </w:r>
    </w:p>
    <w:p/>
    <w:p/>
    <w:p>
      <w:r>
        <w:br w:type="page"/>
      </w:r>
    </w:p>
    <w:p>
      <w:pPr>
        <w:jc w:val="center"/>
      </w:pPr>
      <w:r>
        <w:rPr>
          <w:color w:val="555555"/>
          <w:sz w:val="24"/>
        </w:rPr>
        <w:t>Original source of this document:</w:t>
      </w:r>
    </w:p>
    <w:p>
      <w:pPr>
        <w:jc w:val="center"/>
      </w:pPr>
      <w:hyperlink r:id="rId9">
        <w:r>
          <w:rPr>
            <w:color w:val="0000FF"/>
            <w:u w:val="single"/>
          </w:rPr>
          <w:t>https://docstemplates-uk.com/consent-form-for-research/</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https://docstemplates-uk.com</w:t>
        </w:r>
      </w:hyperlink>
    </w:p>
    <w:p>
      <w:pPr>
        <w:jc w:val="center"/>
      </w:pPr>
      <w:r>
        <w:rPr>
          <w:color w:val="808080"/>
          <w:sz w:val="20"/>
        </w:rPr>
        <w:t>This template is intended exclusively for personal, non-commercial use.</w:t>
        <w:br/>
        <w:t>If distributed or published, the source must be mentioned. © docstemplates-uk.com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ocstemplates-uk.com/consent-form-for-research/" TargetMode="External"/><Relationship Id="rId10" Type="http://schemas.openxmlformats.org/officeDocument/2006/relationships/hyperlink" Target="https://docstemplates-uk.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