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CREDIT APPLICATION FORM</w:t>
      </w:r>
    </w:p>
    <w:p/>
    <w:p/>
    <w:p>
      <w:r>
        <w:rPr>
          <w:b/>
          <w:sz w:val="20"/>
        </w:rPr>
        <w:t>1. Applicant Information</w:t>
      </w:r>
    </w:p>
    <w:p>
      <w:r>
        <w:rPr>
          <w:b w:val="0"/>
          <w:sz w:val="20"/>
        </w:rPr>
        <w:t>Full Name: ______________________________________________________________</w:t>
      </w:r>
    </w:p>
    <w:p>
      <w:r>
        <w:rPr>
          <w:b w:val="0"/>
          <w:sz w:val="20"/>
        </w:rPr>
        <w:t>Trading Name (if different): _____________________________________________</w:t>
      </w:r>
    </w:p>
    <w:p>
      <w:r>
        <w:rPr>
          <w:b w:val="0"/>
          <w:sz w:val="20"/>
        </w:rPr>
        <w:t>Registered Business Number (if applicable): ______________________________</w:t>
      </w:r>
    </w:p>
    <w:p>
      <w:r>
        <w:rPr>
          <w:b w:val="0"/>
          <w:sz w:val="20"/>
        </w:rPr>
        <w:t>Type of Business: _______________________________________________________</w:t>
      </w:r>
    </w:p>
    <w:p>
      <w:r>
        <w:rPr>
          <w:b w:val="0"/>
          <w:sz w:val="20"/>
        </w:rPr>
        <w:t>Business Structure (e.g. Sole Trader, Partnership, Limited Company): ________</w:t>
      </w:r>
    </w:p>
    <w:p>
      <w:r>
        <w:rPr>
          <w:b w:val="0"/>
          <w:sz w:val="20"/>
        </w:rPr>
        <w:t>Date Business Established: _______________________________________________</w:t>
      </w:r>
    </w:p>
    <w:p>
      <w:r>
        <w:rPr>
          <w:b w:val="0"/>
          <w:sz w:val="20"/>
        </w:rPr>
        <w:t>Nature of Business: _____________________________________________________</w:t>
      </w:r>
    </w:p>
    <w:p>
      <w:r>
        <w:rPr>
          <w:b w:val="0"/>
          <w:sz w:val="20"/>
        </w:rPr>
        <w:t>Registered Office Address:</w:t>
      </w:r>
    </w:p>
    <w:p>
      <w:r>
        <w:rPr>
          <w:b w:val="0"/>
          <w:sz w:val="20"/>
        </w:rPr>
        <w:t xml:space="preserve">  Street: ______________________________________________________________</w:t>
      </w:r>
    </w:p>
    <w:p>
      <w:r>
        <w:rPr>
          <w:b w:val="0"/>
          <w:sz w:val="20"/>
        </w:rPr>
        <w:t xml:space="preserve">  City/Town: ___________________________________________________________</w:t>
      </w:r>
    </w:p>
    <w:p>
      <w:r>
        <w:rPr>
          <w:b w:val="0"/>
          <w:sz w:val="20"/>
        </w:rPr>
        <w:t xml:space="preserve">  Postcode: ____________________________________________________________</w:t>
      </w:r>
    </w:p>
    <w:p>
      <w:r>
        <w:rPr>
          <w:b w:val="0"/>
          <w:sz w:val="20"/>
        </w:rPr>
        <w:t>Trading Address (if different):</w:t>
      </w:r>
    </w:p>
    <w:p>
      <w:r>
        <w:rPr>
          <w:b w:val="0"/>
          <w:sz w:val="20"/>
        </w:rPr>
        <w:t xml:space="preserve">  Street: ______________________________________________________________</w:t>
      </w:r>
    </w:p>
    <w:p>
      <w:r>
        <w:rPr>
          <w:b w:val="0"/>
          <w:sz w:val="20"/>
        </w:rPr>
        <w:t xml:space="preserve">  City/Town: ___________________________________________________________</w:t>
      </w:r>
    </w:p>
    <w:p>
      <w:r>
        <w:rPr>
          <w:b w:val="0"/>
          <w:sz w:val="20"/>
        </w:rPr>
        <w:t xml:space="preserve">  Postcode: ____________________________________________________________</w:t>
      </w:r>
    </w:p>
    <w:p>
      <w:r>
        <w:rPr>
          <w:b w:val="0"/>
          <w:sz w:val="20"/>
        </w:rPr>
        <w:t>Telephone Number: ______________________________________________________</w:t>
      </w:r>
    </w:p>
    <w:p>
      <w:r>
        <w:rPr>
          <w:b w:val="0"/>
          <w:sz w:val="20"/>
        </w:rPr>
        <w:t>Email Address: _________________________________________________________</w:t>
      </w:r>
    </w:p>
    <w:p/>
    <w:p>
      <w:r>
        <w:rPr>
          <w:b/>
          <w:sz w:val="20"/>
        </w:rPr>
        <w:t>2. Directors / Proprietors / Partners</w:t>
      </w:r>
    </w:p>
    <w:p>
      <w:r>
        <w:rPr>
          <w:b w:val="0"/>
          <w:sz w:val="20"/>
        </w:rPr>
        <w:t>Please provide details of all directors, proprietors or partners:</w:t>
      </w:r>
    </w:p>
    <w:tbl>
      <w:tblPr>
        <w:tblStyle w:val="TableGrid"/>
        <w:tblW w:type="auto" w:w="0"/>
        <w:tblLook w:firstColumn="1" w:firstRow="1" w:lastColumn="0" w:lastRow="0" w:noHBand="0" w:noVBand="1" w:val="04A0"/>
      </w:tblPr>
      <w:tblGrid>
        <w:gridCol w:w="3324"/>
        <w:gridCol w:w="3324"/>
        <w:gridCol w:w="3324"/>
      </w:tblGrid>
      <w:tr>
        <w:tc>
          <w:tcPr>
            <w:tcW w:type="dxa" w:w="3324"/>
          </w:tcPr>
          <w:p>
            <w:r>
              <w:t>Full Name</w:t>
            </w:r>
          </w:p>
        </w:tc>
        <w:tc>
          <w:tcPr>
            <w:tcW w:type="dxa" w:w="3324"/>
          </w:tcPr>
          <w:p>
            <w:r>
              <w:t>Position</w:t>
            </w:r>
          </w:p>
        </w:tc>
        <w:tc>
          <w:tcPr>
            <w:tcW w:type="dxa" w:w="3324"/>
          </w:tcPr>
          <w:p>
            <w:r>
              <w:t>Home Address</w:t>
            </w:r>
          </w:p>
        </w:tc>
      </w:tr>
      <w:tr>
        <w:tc>
          <w:tcPr>
            <w:tcW w:type="dxa" w:w="3324"/>
          </w:tcPr>
          <w:p>
            <w:r/>
          </w:p>
        </w:tc>
        <w:tc>
          <w:tcPr>
            <w:tcW w:type="dxa" w:w="3324"/>
          </w:tcPr>
          <w:p>
            <w:r/>
          </w:p>
        </w:tc>
        <w:tc>
          <w:tcPr>
            <w:tcW w:type="dxa" w:w="3324"/>
          </w:tcPr>
          <w:p>
            <w:r/>
          </w:p>
        </w:tc>
      </w:tr>
    </w:tbl>
    <w:p/>
    <w:p/>
    <w:p>
      <w:r>
        <w:rPr>
          <w:b/>
          <w:sz w:val="20"/>
        </w:rPr>
        <w:t>3. Credit Requirements</w:t>
      </w:r>
    </w:p>
    <w:p>
      <w:r>
        <w:rPr>
          <w:b w:val="0"/>
          <w:sz w:val="20"/>
        </w:rPr>
        <w:t>Credit Amount Requested: £______________________________________________</w:t>
      </w:r>
    </w:p>
    <w:p>
      <w:r>
        <w:rPr>
          <w:b w:val="0"/>
          <w:sz w:val="20"/>
        </w:rPr>
        <w:t>Preferred Credit Terms (e.g. 30 days, 60 days): __________________________</w:t>
      </w:r>
    </w:p>
    <w:p>
      <w:r>
        <w:rPr>
          <w:b w:val="0"/>
          <w:sz w:val="20"/>
        </w:rPr>
        <w:t>Estimated Monthly Purchases: £___________________________________________</w:t>
      </w:r>
    </w:p>
    <w:p/>
    <w:p>
      <w:r>
        <w:rPr>
          <w:b/>
          <w:sz w:val="20"/>
        </w:rPr>
        <w:t>4. Bank Details</w:t>
      </w:r>
    </w:p>
    <w:p>
      <w:r>
        <w:rPr>
          <w:b w:val="0"/>
          <w:sz w:val="20"/>
        </w:rPr>
        <w:t>Bank Name: _____________________________________________________________</w:t>
      </w:r>
    </w:p>
    <w:p>
      <w:r>
        <w:rPr>
          <w:b w:val="0"/>
          <w:sz w:val="20"/>
        </w:rPr>
        <w:t>Bank Address: __________________________________________________________</w:t>
      </w:r>
    </w:p>
    <w:p>
      <w:r>
        <w:rPr>
          <w:b w:val="0"/>
          <w:sz w:val="20"/>
        </w:rPr>
        <w:t>Sort Code: ________________    Account Number: __________________________</w:t>
      </w:r>
    </w:p>
    <w:p>
      <w:r>
        <w:rPr>
          <w:b w:val="0"/>
          <w:sz w:val="20"/>
        </w:rPr>
        <w:t>Account Name: ___________________________________________________________</w:t>
      </w:r>
    </w:p>
    <w:p/>
    <w:p>
      <w:r>
        <w:rPr>
          <w:b/>
          <w:sz w:val="20"/>
        </w:rPr>
        <w:t>5. Trade References</w:t>
      </w:r>
    </w:p>
    <w:p>
      <w:r>
        <w:rPr>
          <w:b w:val="0"/>
          <w:sz w:val="20"/>
        </w:rPr>
        <w:t>Please provide at least two trade references:</w:t>
      </w:r>
    </w:p>
    <w:tbl>
      <w:tblPr>
        <w:tblStyle w:val="TableGrid"/>
        <w:tblW w:type="auto" w:w="0"/>
        <w:tblLook w:firstColumn="1" w:firstRow="1" w:lastColumn="0" w:lastRow="0" w:noHBand="0" w:noVBand="1" w:val="04A0"/>
      </w:tblPr>
      <w:tblGrid>
        <w:gridCol w:w="2493"/>
        <w:gridCol w:w="2493"/>
        <w:gridCol w:w="2493"/>
        <w:gridCol w:w="2493"/>
      </w:tblGrid>
      <w:tr>
        <w:tc>
          <w:tcPr>
            <w:tcW w:type="dxa" w:w="2493"/>
          </w:tcPr>
          <w:p>
            <w:r>
              <w:t>Company Name</w:t>
            </w:r>
          </w:p>
        </w:tc>
        <w:tc>
          <w:tcPr>
            <w:tcW w:type="dxa" w:w="2493"/>
          </w:tcPr>
          <w:p>
            <w:r>
              <w:t>Contact Name</w:t>
            </w:r>
          </w:p>
        </w:tc>
        <w:tc>
          <w:tcPr>
            <w:tcW w:type="dxa" w:w="2493"/>
          </w:tcPr>
          <w:p>
            <w:r>
              <w:t>Telephone Number</w:t>
            </w:r>
          </w:p>
        </w:tc>
        <w:tc>
          <w:tcPr>
            <w:tcW w:type="dxa" w:w="2493"/>
          </w:tcPr>
          <w:p>
            <w:r>
              <w:t>Address</w:t>
            </w:r>
          </w:p>
        </w:tc>
      </w:tr>
      <w:tr>
        <w:tc>
          <w:tcPr>
            <w:tcW w:type="dxa" w:w="2493"/>
          </w:tcPr>
          <w:p>
            <w:r/>
          </w:p>
        </w:tc>
        <w:tc>
          <w:tcPr>
            <w:tcW w:type="dxa" w:w="2493"/>
          </w:tcPr>
          <w:p>
            <w:r/>
          </w:p>
        </w:tc>
        <w:tc>
          <w:tcPr>
            <w:tcW w:type="dxa" w:w="2493"/>
          </w:tcPr>
          <w:p>
            <w:r/>
          </w:p>
        </w:tc>
        <w:tc>
          <w:tcPr>
            <w:tcW w:type="dxa" w:w="2493"/>
          </w:tcPr>
          <w:p>
            <w:r/>
          </w:p>
        </w:tc>
      </w:tr>
      <w:tr>
        <w:tc>
          <w:tcPr>
            <w:tcW w:type="dxa" w:w="2493"/>
          </w:tcPr>
          <w:p>
            <w:r/>
          </w:p>
        </w:tc>
        <w:tc>
          <w:tcPr>
            <w:tcW w:type="dxa" w:w="2493"/>
          </w:tcPr>
          <w:p>
            <w:r/>
          </w:p>
        </w:tc>
        <w:tc>
          <w:tcPr>
            <w:tcW w:type="dxa" w:w="2493"/>
          </w:tcPr>
          <w:p>
            <w:r/>
          </w:p>
        </w:tc>
        <w:tc>
          <w:tcPr>
            <w:tcW w:type="dxa" w:w="2493"/>
          </w:tcPr>
          <w:p>
            <w:r/>
          </w:p>
        </w:tc>
      </w:tr>
    </w:tbl>
    <w:p/>
    <w:p/>
    <w:p>
      <w:r>
        <w:rPr>
          <w:b/>
          <w:sz w:val="20"/>
        </w:rPr>
        <w:t>6. Financial Information</w:t>
      </w:r>
    </w:p>
    <w:p>
      <w:r>
        <w:rPr>
          <w:b w:val="0"/>
          <w:sz w:val="20"/>
        </w:rPr>
        <w:t>Please provide the latest financial statements or annual reports if available.</w:t>
      </w:r>
    </w:p>
    <w:p>
      <w:r>
        <w:rPr>
          <w:b w:val="0"/>
          <w:sz w:val="20"/>
        </w:rPr>
        <w:t>Annual Turnover: £________________________________________________________</w:t>
      </w:r>
    </w:p>
    <w:p>
      <w:r>
        <w:rPr>
          <w:b w:val="0"/>
          <w:sz w:val="20"/>
        </w:rPr>
        <w:t>Net Profit: £_____________________________________________________________</w:t>
      </w:r>
    </w:p>
    <w:p>
      <w:r>
        <w:rPr>
          <w:b w:val="0"/>
          <w:sz w:val="20"/>
        </w:rPr>
        <w:t>Total Assets: £___________________________________________________________</w:t>
      </w:r>
    </w:p>
    <w:p>
      <w:r>
        <w:rPr>
          <w:b w:val="0"/>
          <w:sz w:val="20"/>
        </w:rPr>
        <w:t>Total Liabilities: £______________________________________________________</w:t>
      </w:r>
    </w:p>
    <w:p>
      <w:r>
        <w:rPr>
          <w:b w:val="0"/>
          <w:sz w:val="20"/>
        </w:rPr>
        <w:t>Have you ever been declared bankrupt or insolvent, or had a company under your control declared bankrupt or insolvent? (Yes / No): ______________</w:t>
      </w:r>
    </w:p>
    <w:p>
      <w:r>
        <w:rPr>
          <w:b w:val="0"/>
          <w:sz w:val="20"/>
        </w:rPr>
        <w:t>If yes, please provide details: ___________________________________________</w:t>
      </w:r>
    </w:p>
    <w:p/>
    <w:p>
      <w:r>
        <w:rPr>
          <w:b/>
          <w:sz w:val="20"/>
        </w:rPr>
        <w:t>7. Declarations and Authorisations</w:t>
      </w:r>
    </w:p>
    <w:p>
      <w:r>
        <w:rPr>
          <w:b w:val="0"/>
          <w:sz w:val="20"/>
        </w:rPr>
        <w:t>The Applicant confirms that all information provided in this application is true, accurate and complete.</w:t>
      </w:r>
    </w:p>
    <w:p>
      <w:r>
        <w:rPr>
          <w:b w:val="0"/>
          <w:sz w:val="20"/>
        </w:rPr>
        <w:t>The Applicant authorises the Supplier to make any enquiries necessary to assess this application, including but not limited to credit checks and references.</w:t>
      </w:r>
    </w:p>
    <w:p>
      <w:r>
        <w:rPr>
          <w:b w:val="0"/>
          <w:sz w:val="20"/>
        </w:rPr>
        <w:t>The Applicant agrees to be bound by the Supplier's standard terms and conditions of sale.</w:t>
      </w:r>
    </w:p>
    <w:p>
      <w:r>
        <w:rPr>
          <w:b w:val="0"/>
          <w:sz w:val="20"/>
        </w:rPr>
        <w:t>The Applicant acknowledges that credit facilities may be withdrawn or altered at the Supplier’s sole discretion.</w:t>
      </w:r>
    </w:p>
    <w:p/>
    <w:p>
      <w:r>
        <w:rPr>
          <w:b/>
          <w:sz w:val="20"/>
        </w:rPr>
        <w:t>8. Privacy Notice</w:t>
      </w:r>
    </w:p>
    <w:p>
      <w:r>
        <w:rPr>
          <w:b w:val="0"/>
          <w:sz w:val="20"/>
        </w:rPr>
        <w:t>The Applicant consents to the processing of personal data contained in this application in accordance with UK data protection laws. The data will be used for credit assessment, administration, and related purposes.</w:t>
      </w:r>
    </w:p>
    <w:p>
      <w:r>
        <w:rPr>
          <w:b w:val="0"/>
          <w:sz w:val="20"/>
        </w:rPr>
        <w:t>The Applicant has the right to request access to, correction of, or deletion of the personal data held.</w:t>
      </w:r>
    </w:p>
    <w:p/>
    <w:p>
      <w:r>
        <w:rPr>
          <w:b/>
          <w:sz w:val="20"/>
        </w:rPr>
        <w:t>9. Governing Law and Jurisdiction</w:t>
      </w:r>
    </w:p>
    <w:p>
      <w:r>
        <w:rPr>
          <w:b w:val="0"/>
          <w:sz w:val="20"/>
        </w:rPr>
        <w:t>This application and any resulting contract shall be governed by and construed in accordance with the laws of England and Wales.</w:t>
      </w:r>
    </w:p>
    <w:p>
      <w:r>
        <w:rPr>
          <w:b w:val="0"/>
          <w:sz w:val="20"/>
        </w:rPr>
        <w:t>The parties agree to submit to the exclusive jurisdiction of the courts of England and Wales for any dispute arising out of or in connection with this application or any resulting contract.</w:t>
      </w:r>
    </w:p>
    <w:p/>
    <w:p/>
    <w:p>
      <w:r>
        <w:rPr>
          <w:b/>
          <w:sz w:val="20"/>
        </w:rPr>
        <w:t>Authorised Signatory</w:t>
      </w:r>
    </w:p>
    <w:p>
      <w:r>
        <w:rPr>
          <w:b w:val="0"/>
          <w:sz w:val="20"/>
        </w:rPr>
        <w:t>Name: _________________________________________________________________</w:t>
      </w:r>
    </w:p>
    <w:p>
      <w:r>
        <w:rPr>
          <w:b w:val="0"/>
          <w:sz w:val="20"/>
        </w:rPr>
        <w:t>Position/Title: _________________________________________________________</w:t>
      </w:r>
    </w:p>
    <w:p>
      <w:r>
        <w:rPr>
          <w:b w:val="0"/>
          <w:sz w:val="20"/>
        </w:rPr>
        <w:t>Signature: ______________________________________________________________</w:t>
      </w:r>
    </w:p>
    <w:p>
      <w:r>
        <w:rPr>
          <w:b w:val="0"/>
          <w:sz w:val="20"/>
        </w:rPr>
        <w:t>Date: _________________________________________________________________</w:t>
      </w:r>
    </w:p>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Applicant</w:t>
            </w:r>
          </w:p>
        </w:tc>
        <w:tc>
          <w:tcPr>
            <w:tcW w:type="dxa" w:w="4986"/>
            <w:tcBorders>
              <w:top w:val="nil"/>
              <w:left w:val="nil"/>
              <w:bottom w:val="nil"/>
              <w:right w:val="nil"/>
              <w:insideH w:val="nil"/>
              <w:insideV w:val="nil"/>
            </w:tcBorders>
          </w:tcPr>
          <w:p>
            <w:pPr>
              <w:jc w:val="center"/>
            </w:pPr>
            <w:r>
              <w:t>Supplier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https://docstemplates-uk.com/credit-application-form/</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https://docstemplates-uk.com</w:t>
        </w:r>
      </w:hyperlink>
    </w:p>
    <w:p>
      <w:pPr>
        <w:jc w:val="center"/>
      </w:pPr>
      <w:r>
        <w:rPr>
          <w:color w:val="808080"/>
          <w:sz w:val="20"/>
        </w:rPr>
        <w:t>This template is intended exclusively for personal, non-commercial use.</w:t>
        <w:br/>
        <w:t>If distributed or published, the source must be mentioned. © docstemplates-uk.com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uk.com/credit-application-form/" TargetMode="External"/><Relationship Id="rId10" Type="http://schemas.openxmlformats.org/officeDocument/2006/relationships/hyperlink" Target="https://docstemplates-u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