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DONATION THANK YOU LETTER</w:t>
      </w:r>
    </w:p>
    <w:p/>
    <w:p/>
    <w:p>
      <w:r>
        <w:rPr>
          <w:b w:val="0"/>
          <w:sz w:val="20"/>
        </w:rPr>
        <w:t>Dear Valued Supporter,</w:t>
      </w:r>
    </w:p>
    <w:p/>
    <w:p>
      <w:r>
        <w:rPr>
          <w:b w:val="0"/>
          <w:sz w:val="20"/>
        </w:rPr>
        <w:t>On behalf of our organisation, we would like to express our sincere gratitude for your generous donation. Your support plays a vital role in enabling us to continue our mission and make a positive impact in our community.</w:t>
      </w:r>
    </w:p>
    <w:p/>
    <w:p>
      <w:r>
        <w:rPr>
          <w:b/>
          <w:sz w:val="20"/>
        </w:rPr>
        <w:t>Donation Details:</w:t>
      </w:r>
    </w:p>
    <w:p>
      <w:r>
        <w:rPr>
          <w:b w:val="0"/>
          <w:sz w:val="20"/>
        </w:rPr>
        <w:t>Donor Name: ____________________________________________________________</w:t>
      </w:r>
    </w:p>
    <w:p>
      <w:r>
        <w:rPr>
          <w:b w:val="0"/>
          <w:sz w:val="20"/>
        </w:rPr>
        <w:t>Donation Amount: ________________________________________________________</w:t>
      </w:r>
    </w:p>
    <w:p>
      <w:r>
        <w:rPr>
          <w:b w:val="0"/>
          <w:sz w:val="20"/>
        </w:rPr>
        <w:t>Donation Method: ________________________________________________________</w:t>
      </w:r>
    </w:p>
    <w:p>
      <w:r>
        <w:rPr>
          <w:b w:val="0"/>
          <w:sz w:val="20"/>
        </w:rPr>
        <w:t>Date of Donation: _______________________________________________________</w:t>
      </w:r>
    </w:p>
    <w:p/>
    <w:p>
      <w:r>
        <w:rPr>
          <w:b w:val="0"/>
          <w:sz w:val="20"/>
        </w:rPr>
        <w:t>Your donation will be utilised exclusively in accordance with our charitable objectives, ensuring that every penny contributes directly to projects and programmes that benefit those in need.</w:t>
      </w:r>
    </w:p>
    <w:p/>
    <w:p>
      <w:r>
        <w:rPr>
          <w:b w:val="0"/>
          <w:sz w:val="20"/>
        </w:rPr>
        <w:t>We confirm that our organisation is registered as a charitable entity under UK law, and all donations are handled in full compliance with relevant regulations and governance requirements.</w:t>
      </w:r>
    </w:p>
    <w:p/>
    <w:p>
      <w:r>
        <w:rPr>
          <w:b/>
          <w:sz w:val="20"/>
        </w:rPr>
        <w:t>Gift Aid Declaration:</w:t>
      </w:r>
    </w:p>
    <w:p>
      <w:r>
        <w:rPr>
          <w:b w:val="0"/>
          <w:sz w:val="20"/>
        </w:rPr>
        <w:t>If you are a UK taxpayer, you may be eligible to increase the value of your donation at no extra cost through Gift Aid. Please complete the Gift Aid declaration form if you wish to participate.</w:t>
      </w:r>
    </w:p>
    <w:p/>
    <w:p>
      <w:r>
        <w:rPr>
          <w:b/>
          <w:sz w:val="20"/>
        </w:rPr>
        <w:t>Privacy and Data Protection:</w:t>
      </w:r>
    </w:p>
    <w:p>
      <w:r>
        <w:rPr>
          <w:b w:val="0"/>
          <w:sz w:val="20"/>
        </w:rPr>
        <w:t>We respect your privacy and are committed to protecting your personal data in accordance with the UK General Data Protection Regulation (UK GDPR) and Data Protection Act 2018. Your information will be used solely for the purposes of managing your donation and keeping you informed about our work.</w:t>
      </w:r>
    </w:p>
    <w:p/>
    <w:p>
      <w:r>
        <w:rPr>
          <w:b w:val="0"/>
          <w:sz w:val="20"/>
        </w:rPr>
        <w:t>Please note that no goods or services were provided in exchange for your donation, and this letter serves as a receipt for your records.</w:t>
      </w:r>
    </w:p>
    <w:p/>
    <w:p>
      <w:r>
        <w:rPr>
          <w:b w:val="0"/>
          <w:sz w:val="20"/>
        </w:rPr>
        <w:t>Once again, thank you for your kindness and generosity. Your support makes a significant difference, and we look forward to your continued involvement.</w:t>
      </w:r>
    </w:p>
    <w:p/>
    <w:p/>
    <w:p>
      <w:r>
        <w:rPr>
          <w:b w:val="0"/>
          <w:sz w:val="20"/>
        </w:rPr>
        <w:t>Yours 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Authorised Representative</w:t>
            </w:r>
          </w:p>
        </w:tc>
        <w:tc>
          <w:tcPr>
            <w:tcW w:type="dxa" w:w="4986"/>
            <w:tcBorders>
              <w:top w:val="nil"/>
              <w:left w:val="nil"/>
              <w:bottom w:val="nil"/>
              <w:right w:val="nil"/>
              <w:insideH w:val="nil"/>
              <w:insideV w:val="nil"/>
            </w:tcBorders>
          </w:tcPr>
          <w:p>
            <w:pPr>
              <w:jc w:val="center"/>
            </w:pPr>
            <w:r>
              <w:t>Donor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Organisation Name: _____________________________________________________</w:t>
      </w:r>
    </w:p>
    <w:p>
      <w:r>
        <w:rPr>
          <w:b w:val="0"/>
          <w:sz w:val="20"/>
        </w:rPr>
        <w:t>Registered Charity Number: _______________________________________________</w:t>
      </w:r>
    </w:p>
    <w:p>
      <w:r>
        <w:rPr>
          <w:b w:val="0"/>
          <w:sz w:val="20"/>
        </w:rPr>
        <w:t>Address: ________________________________________________________________</w:t>
      </w:r>
    </w:p>
    <w:p>
      <w:r>
        <w:rPr>
          <w:b w:val="0"/>
          <w:sz w:val="20"/>
        </w:rPr>
        <w:t>Telephone: ______________________________________________________________</w:t>
      </w:r>
    </w:p>
    <w:p>
      <w:r>
        <w:rPr>
          <w:b w:val="0"/>
          <w:sz w:val="20"/>
        </w:rPr>
        <w:t>Email: _________________________________________________________________</w:t>
      </w:r>
    </w:p>
    <w:p>
      <w:r>
        <w:rPr>
          <w:b w:val="0"/>
          <w:sz w:val="20"/>
        </w:rPr>
        <w:t>Website: 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https://docstemplates-uk.com/donation-thank-you-letter/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donation-thank-you-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