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FINAL NOTICE BEFORE LEGAL ACTION</w:t>
      </w:r>
    </w:p>
    <w:p/>
    <w:p/>
    <w:p>
      <w:r>
        <w:rPr>
          <w:b/>
          <w:sz w:val="20"/>
        </w:rPr>
        <w:t>From:</w:t>
      </w:r>
    </w:p>
    <w:p>
      <w:r>
        <w:rPr>
          <w:b w:val="0"/>
          <w:sz w:val="20"/>
        </w:rPr>
        <w:t>Name / Company: _______________________________________________</w:t>
      </w:r>
    </w:p>
    <w:p>
      <w:r>
        <w:rPr>
          <w:b w:val="0"/>
          <w:sz w:val="20"/>
        </w:rPr>
        <w:t>Address: _____________________________________________________</w:t>
      </w:r>
    </w:p>
    <w:p>
      <w:r>
        <w:rPr>
          <w:b w:val="0"/>
          <w:sz w:val="20"/>
        </w:rPr>
        <w:t>Contact Number: ______________________________________________</w:t>
      </w:r>
    </w:p>
    <w:p>
      <w:r>
        <w:rPr>
          <w:b w:val="0"/>
          <w:sz w:val="20"/>
        </w:rPr>
        <w:t>Email Address: ________________________________________________</w:t>
      </w:r>
    </w:p>
    <w:p/>
    <w:p>
      <w:r>
        <w:rPr>
          <w:b/>
          <w:sz w:val="20"/>
        </w:rPr>
        <w:t>To:</w:t>
      </w:r>
    </w:p>
    <w:p>
      <w:r>
        <w:rPr>
          <w:b w:val="0"/>
          <w:sz w:val="20"/>
        </w:rPr>
        <w:t>Name / Company: _______________________________________________</w:t>
      </w:r>
    </w:p>
    <w:p>
      <w:r>
        <w:rPr>
          <w:b w:val="0"/>
          <w:sz w:val="20"/>
        </w:rPr>
        <w:t>Address: _____________________________________________________</w:t>
      </w:r>
    </w:p>
    <w:p>
      <w:r>
        <w:rPr>
          <w:b w:val="0"/>
          <w:sz w:val="20"/>
        </w:rPr>
        <w:t>Contact Number: ______________________________________________</w:t>
      </w:r>
    </w:p>
    <w:p>
      <w:r>
        <w:rPr>
          <w:b w:val="0"/>
          <w:sz w:val="20"/>
        </w:rPr>
        <w:t>Email Address: ________________________________________________</w:t>
      </w:r>
    </w:p>
    <w:p/>
    <w:p/>
    <w:p>
      <w:r>
        <w:rPr>
          <w:b/>
          <w:sz w:val="20"/>
        </w:rPr>
        <w:t>Subject: Final Demand for Payment / Resolution of Outstanding Matter</w:t>
      </w:r>
    </w:p>
    <w:p/>
    <w:p/>
    <w:p>
      <w:r>
        <w:rPr>
          <w:b w:val="0"/>
          <w:sz w:val="20"/>
        </w:rPr>
        <w:t>Dear Sir / Madam,</w:t>
      </w:r>
    </w:p>
    <w:p/>
    <w:p>
      <w:r>
        <w:rPr>
          <w:b w:val="0"/>
          <w:sz w:val="20"/>
        </w:rPr>
        <w:t>This letter constitutes a formal final notice regarding the outstanding matter detailed below. Despite previous communications and attempts to resolve this issue amicably, the matter remains unresolved.</w:t>
      </w:r>
    </w:p>
    <w:p/>
    <w:p>
      <w:r>
        <w:rPr>
          <w:b/>
          <w:sz w:val="20"/>
        </w:rPr>
        <w:t>Details of the Matter:</w:t>
      </w:r>
    </w:p>
    <w:p>
      <w:r>
        <w:rPr>
          <w:b w:val="0"/>
          <w:sz w:val="20"/>
        </w:rPr>
        <w:t>Description / Nature of Debt or Dispute: ________________________________</w:t>
      </w:r>
    </w:p>
    <w:p>
      <w:r>
        <w:rPr>
          <w:b w:val="0"/>
          <w:sz w:val="20"/>
        </w:rPr>
        <w:t>Reference Number / Contract No.: ______________________________________</w:t>
      </w:r>
    </w:p>
    <w:p>
      <w:r>
        <w:rPr>
          <w:b w:val="0"/>
          <w:sz w:val="20"/>
        </w:rPr>
        <w:t>Total Amount Outstanding (if applicable): ______________________________</w:t>
      </w:r>
    </w:p>
    <w:p/>
    <w:p>
      <w:r>
        <w:rPr>
          <w:b/>
          <w:sz w:val="20"/>
        </w:rPr>
        <w:t>Previous Communications and Attempts to Resolve:</w:t>
      </w:r>
    </w:p>
    <w:p>
      <w:r>
        <w:rPr>
          <w:b w:val="0"/>
          <w:sz w:val="20"/>
        </w:rPr>
        <w:t>We have made the following attempts to resolve this matter without resorting to legal action:</w:t>
      </w:r>
    </w:p>
    <w:p>
      <w:r>
        <w:rPr>
          <w:b w:val="0"/>
          <w:sz w:val="20"/>
        </w:rPr>
        <w:t>- Date(s) of prior correspondences: ___________________________________</w:t>
      </w:r>
    </w:p>
    <w:p>
      <w:r>
        <w:rPr>
          <w:b w:val="0"/>
          <w:sz w:val="20"/>
        </w:rPr>
        <w:t>- Summary of responses received (if any): ______________________________</w:t>
      </w:r>
    </w:p>
    <w:p/>
    <w:p>
      <w:r>
        <w:rPr>
          <w:b/>
          <w:sz w:val="20"/>
        </w:rPr>
        <w:t>Demand:</w:t>
      </w:r>
    </w:p>
    <w:p>
      <w:r>
        <w:rPr>
          <w:b w:val="0"/>
          <w:sz w:val="20"/>
        </w:rPr>
        <w:t>You are hereby required to settle the outstanding amount / resolve the matter as specified above within seven (7) calendar days upon receipt of this notice.</w:t>
      </w:r>
    </w:p>
    <w:p>
      <w:r>
        <w:rPr>
          <w:b w:val="0"/>
          <w:sz w:val="20"/>
        </w:rPr>
        <w:t>Failure to comply with this demand will leave us no choice but to initiate formal legal proceedings against you without further notice. Such proceedings may result in additional costs, including but not limited to court fees, legal expenses, and interest, for which you will be liable.</w:t>
      </w:r>
    </w:p>
    <w:p/>
    <w:p>
      <w:r>
        <w:rPr>
          <w:b/>
          <w:sz w:val="20"/>
        </w:rPr>
        <w:t>Legal Basis and Rights Reserved:</w:t>
      </w:r>
    </w:p>
    <w:p>
      <w:r>
        <w:rPr>
          <w:b w:val="0"/>
          <w:sz w:val="20"/>
        </w:rPr>
        <w:t>This notice is issued in accordance with applicable laws under the jurisdiction of England and Wales. We reserve all rights to enforce our claim and seek all remedies available at law and in equity.</w:t>
      </w:r>
    </w:p>
    <w:p/>
    <w:p>
      <w:r>
        <w:rPr>
          <w:b/>
          <w:sz w:val="20"/>
        </w:rPr>
        <w:t>Consequences of Non-Compliance:</w:t>
      </w:r>
    </w:p>
    <w:p>
      <w:r>
        <w:rPr>
          <w:b w:val="0"/>
          <w:sz w:val="20"/>
        </w:rPr>
        <w:t>Should legal action become necessary, it may include, but is not limited to, filing a claim with the County Court, obtaining a County Court Judgment (CCJ), and pursuing enforcement actions such as bailiffs or charging orders.</w:t>
      </w:r>
    </w:p>
    <w:p/>
    <w:p>
      <w:r>
        <w:rPr>
          <w:b/>
          <w:sz w:val="20"/>
        </w:rPr>
        <w:t>Opportunity to Discuss or Settle:</w:t>
      </w:r>
    </w:p>
    <w:p>
      <w:r>
        <w:rPr>
          <w:b w:val="0"/>
          <w:sz w:val="20"/>
        </w:rPr>
        <w:t>We remain open to discussing this matter and encourage you to contact us immediately to arrange settlement or to clarify any disputes or issues.</w:t>
      </w:r>
    </w:p>
    <w:p/>
    <w:p>
      <w:r>
        <w:rPr>
          <w:b/>
          <w:sz w:val="20"/>
        </w:rPr>
        <w:t>Please respond to:</w:t>
      </w:r>
    </w:p>
    <w:p>
      <w:r>
        <w:rPr>
          <w:b w:val="0"/>
          <w:sz w:val="20"/>
        </w:rPr>
        <w:t>Name / Department: _______________________________________________</w:t>
      </w:r>
    </w:p>
    <w:p>
      <w:r>
        <w:rPr>
          <w:b w:val="0"/>
          <w:sz w:val="20"/>
        </w:rPr>
        <w:t>Contact Number: ______________________________________________</w:t>
      </w:r>
    </w:p>
    <w:p>
      <w:r>
        <w:rPr>
          <w:b w:val="0"/>
          <w:sz w:val="20"/>
        </w:rPr>
        <w:t>Email Address: ________________________________________________</w:t>
      </w:r>
    </w:p>
    <w:p/>
    <w:p/>
    <w:p>
      <w:r>
        <w:rPr>
          <w:b w:val="0"/>
          <w:sz w:val="20"/>
        </w:rPr>
        <w:t>Yours faithfully,</w:t>
      </w:r>
    </w:p>
    <w:p/>
    <w:p/>
    <w:p/>
    <w:p/>
    <w:p>
      <w:r>
        <w:rPr>
          <w:b w:val="0"/>
          <w:sz w:val="20"/>
        </w:rPr>
        <w:t>______________________________</w:t>
      </w:r>
    </w:p>
    <w:p>
      <w:r>
        <w:rPr>
          <w:b w:val="0"/>
          <w:sz w:val="20"/>
        </w:rPr>
        <w:t>Signature of Authorized Person</w:t>
      </w:r>
    </w:p>
    <w:p>
      <w:r>
        <w:rPr>
          <w:b w:val="0"/>
          <w:sz w:val="20"/>
        </w:rPr>
        <w:t>Name: _______________________________________________</w:t>
      </w:r>
    </w:p>
    <w:p>
      <w:r>
        <w:rPr>
          <w:b w:val="0"/>
          <w:sz w:val="20"/>
        </w:rPr>
        <w:t>Position / Title: ___________________________________________</w:t>
      </w:r>
    </w:p>
    <w:p/>
    <w:p/>
    <w:p/>
    <w:p>
      <w:r>
        <w:rPr>
          <w:b w:val="0"/>
          <w:sz w:val="20"/>
        </w:rPr>
        <w:t>Place: _______________________________________________</w:t>
      </w:r>
    </w:p>
    <w:p>
      <w:r>
        <w:rPr>
          <w:b w:val="0"/>
          <w:sz w:val="20"/>
        </w:rPr>
        <w:t>Date: 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https://docstemplates-uk.com/final-notice-before-legal-action-letter/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final-notice-before-legal-action-letter/"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