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FIT TO FLY MEDICAL CERTIFICATE</w:t>
      </w:r>
    </w:p>
    <w:p/>
    <w:p/>
    <w:p>
      <w:r>
        <w:rPr>
          <w:b/>
          <w:sz w:val="20"/>
        </w:rPr>
        <w:t>TO WHOM IT MAY CONCERN:</w:t>
      </w:r>
    </w:p>
    <w:p/>
    <w:p>
      <w:r>
        <w:rPr>
          <w:b w:val="0"/>
          <w:sz w:val="20"/>
        </w:rPr>
        <w:t>This is to certify that the individual named below has been assessed and is medically fit to undertake air travel in accordance with applicable UK health and aviation regulations and guidelines. This certification is provided based on the medical examination and information available at the time of assessment.</w:t>
      </w:r>
    </w:p>
    <w:p/>
    <w:p/>
    <w:p>
      <w:r>
        <w:rPr>
          <w:b/>
          <w:sz w:val="20"/>
        </w:rPr>
        <w:t>PATIENT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Nationality: ___________________________________________________________</w:t>
      </w:r>
    </w:p>
    <w:p>
      <w:r>
        <w:rPr>
          <w:b w:val="0"/>
          <w:sz w:val="20"/>
        </w:rPr>
        <w:t>Passport Number: _______________________________________________________</w:t>
      </w:r>
    </w:p>
    <w:p/>
    <w:p>
      <w:r>
        <w:rPr>
          <w:b/>
          <w:sz w:val="20"/>
        </w:rPr>
        <w:t>MEDICAL ASSESSMENT DETAILS:</w:t>
      </w:r>
    </w:p>
    <w:p>
      <w:r>
        <w:rPr>
          <w:b w:val="0"/>
          <w:sz w:val="20"/>
        </w:rPr>
        <w:t>Medical Examination Conducted By: _______________________________________</w:t>
      </w:r>
    </w:p>
    <w:p>
      <w:r>
        <w:rPr>
          <w:b w:val="0"/>
          <w:sz w:val="20"/>
        </w:rPr>
        <w:t>Professional Title and Qualifications: ____________________________________</w:t>
      </w:r>
    </w:p>
    <w:p>
      <w:r>
        <w:rPr>
          <w:b w:val="0"/>
          <w:sz w:val="20"/>
        </w:rPr>
        <w:t>Medical License Number: _________________________________________________</w:t>
      </w:r>
    </w:p>
    <w:p>
      <w:r>
        <w:rPr>
          <w:b w:val="0"/>
          <w:sz w:val="20"/>
        </w:rPr>
        <w:t>Healthcare Facility/Practice Name: _______________________________________</w:t>
      </w:r>
    </w:p>
    <w:p>
      <w:r>
        <w:rPr>
          <w:b w:val="0"/>
          <w:sz w:val="20"/>
        </w:rPr>
        <w:t>Healthcare Facility Address: ____________________________________________</w:t>
      </w:r>
    </w:p>
    <w:p/>
    <w:p>
      <w:r>
        <w:rPr>
          <w:b/>
          <w:sz w:val="20"/>
        </w:rPr>
        <w:t>Clinical Evaluation:</w:t>
      </w:r>
    </w:p>
    <w:p>
      <w:r>
        <w:rPr>
          <w:b w:val="0"/>
          <w:sz w:val="20"/>
        </w:rPr>
        <w:t>The above-named individual was examined and found to be in a physical and mental condition that is considered suitable for air travel. No medical contraindications were identified that would preclude safe travel by air.</w:t>
      </w:r>
    </w:p>
    <w:p/>
    <w:p>
      <w:r>
        <w:rPr>
          <w:b/>
          <w:sz w:val="20"/>
        </w:rPr>
        <w:t>Relevant Medical History:</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0"/>
        </w:rPr>
        <w:t>Medications (if any):</w:t>
      </w:r>
    </w:p>
    <w:p>
      <w:r>
        <w:rPr>
          <w:b w:val="0"/>
          <w:sz w:val="20"/>
        </w:rPr>
        <w:t>______________________________________________________________________</w:t>
      </w:r>
    </w:p>
    <w:p>
      <w:r>
        <w:rPr>
          <w:b w:val="0"/>
          <w:sz w:val="20"/>
        </w:rPr>
        <w:t>______________________________________________________________________</w:t>
      </w:r>
    </w:p>
    <w:p/>
    <w:p>
      <w:r>
        <w:rPr>
          <w:b/>
          <w:sz w:val="20"/>
        </w:rPr>
        <w:t>Special Precautions or Recommendations:</w:t>
      </w:r>
    </w:p>
    <w:p>
      <w:r>
        <w:rPr>
          <w:b w:val="0"/>
          <w:sz w:val="20"/>
        </w:rPr>
        <w:t>______________________________________________________________________</w:t>
      </w:r>
    </w:p>
    <w:p>
      <w:r>
        <w:rPr>
          <w:b w:val="0"/>
          <w:sz w:val="20"/>
        </w:rPr>
        <w:t>______________________________________________________________________</w:t>
      </w:r>
    </w:p>
    <w:p/>
    <w:p>
      <w:r>
        <w:rPr>
          <w:b/>
          <w:sz w:val="20"/>
        </w:rPr>
        <w:t>DECLARATION:</w:t>
      </w:r>
    </w:p>
    <w:p>
      <w:r>
        <w:rPr>
          <w:b w:val="0"/>
          <w:sz w:val="20"/>
        </w:rPr>
        <w:t>I hereby declare that this Fit To Fly Medical Certificate has been issued based on a thorough examination and accurate information provided by the patient. This certificate is issued in compliance with UK healthcare standards and aviation regulations and is intended solely for the purpose of facilitating air travel.</w:t>
      </w:r>
    </w:p>
    <w:p/>
    <w:p>
      <w:r>
        <w:rPr>
          <w:b w:val="0"/>
          <w:sz w:val="20"/>
        </w:rPr>
        <w:t>This certificate does not guarantee against all medical risks associated with air travel but reflects my professional medical opinion at the time of issue.</w:t>
      </w:r>
    </w:p>
    <w:p/>
    <w:p>
      <w:r>
        <w:rPr>
          <w:b w:val="0"/>
          <w:sz w:val="20"/>
        </w:rPr>
        <w:t>This certificate shall remain valid for the duration of the intended travel and is subject to any changes in the patient’s health status.</w:t>
      </w:r>
    </w:p>
    <w:p/>
    <w:p/>
    <w:p>
      <w:r>
        <w:rPr>
          <w:b w:val="0"/>
          <w:sz w:val="20"/>
        </w:rPr>
        <w:t>Medical Practitioner’s Signature: __________________________________________</w:t>
      </w:r>
    </w:p>
    <w:p>
      <w:r>
        <w:rPr>
          <w:b w:val="0"/>
          <w:sz w:val="20"/>
        </w:rPr>
        <w:t>Name (Printed): _________________________________________________________</w:t>
      </w:r>
    </w:p>
    <w:p>
      <w:r>
        <w:rPr>
          <w:b w:val="0"/>
          <w:sz w:val="20"/>
        </w:rPr>
        <w:t>Date of Examination: ____________________________________________________</w:t>
      </w:r>
    </w:p>
    <w:p>
      <w:r>
        <w:rPr>
          <w:b w:val="0"/>
          <w:sz w:val="20"/>
        </w:rPr>
        <w:t>Official Stamp/Seal: _____________________________________________________</w:t>
      </w:r>
    </w:p>
    <w:p/>
    <w:p/>
    <w:p/>
    <w:p>
      <w:r>
        <w:rPr>
          <w:b/>
          <w:sz w:val="20"/>
        </w:rPr>
        <w:t>CONTACT INFORMATION FOR VERIFICATION PURPOSES:</w:t>
      </w:r>
    </w:p>
    <w:p>
      <w:r>
        <w:rPr>
          <w:b w:val="0"/>
          <w:sz w:val="20"/>
        </w:rPr>
        <w:t>Telephone: ______________________________________________________________</w:t>
      </w:r>
    </w:p>
    <w:p>
      <w:r>
        <w:rPr>
          <w:b w:val="0"/>
          <w:sz w:val="20"/>
        </w:rPr>
        <w:t>Email: _________________________________________________________________</w:t>
      </w:r>
    </w:p>
    <w:p>
      <w:r>
        <w:rPr>
          <w:b w:val="0"/>
          <w:sz w:val="20"/>
        </w:rPr>
        <w:t>Fax: ___________________________________________________________________</w:t>
      </w:r>
    </w:p>
    <w:p/>
    <w:p/>
    <w:p>
      <w:r>
        <w:rPr>
          <w:b/>
          <w:sz w:val="20"/>
        </w:rPr>
        <w:t>LEGAL NOTICE:</w:t>
      </w:r>
    </w:p>
    <w:p>
      <w:r>
        <w:rPr>
          <w:b w:val="0"/>
          <w:sz w:val="20"/>
        </w:rPr>
        <w:t>This certificate is issued in accordance with the laws of England and Wales and relevant UK aviation authority requirements. Any misuse or falsification of this certificate may result in legal penalties under UK law. The holder must comply with all airline and airport health requirements and regulations.</w:t>
      </w:r>
    </w:p>
    <w:p/>
    <w:p/>
    <w:p>
      <w:r>
        <w:rPr>
          <w:b w:val="0"/>
          <w:sz w:val="20"/>
        </w:rPr>
        <w:t>Place of Examination: ________________________________________________</w:t>
      </w:r>
    </w:p>
    <w:p>
      <w:r>
        <w:rPr>
          <w:b w:val="0"/>
          <w:sz w:val="20"/>
        </w:rPr>
        <w:t>Date: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MEDICAL PRACTITIONER</w:t>
            </w:r>
          </w:p>
        </w:tc>
        <w:tc>
          <w:tcPr>
            <w:tcW w:type="dxa" w:w="4986"/>
            <w:tcBorders>
              <w:top w:val="nil"/>
              <w:left w:val="nil"/>
              <w:bottom w:val="nil"/>
              <w:right w:val="nil"/>
              <w:insideH w:val="nil"/>
              <w:insideV w:val="nil"/>
            </w:tcBorders>
          </w:tcPr>
          <w:p>
            <w:pPr>
              <w:jc w:val="center"/>
            </w:pPr>
            <w:r>
              <w:t>PATIENT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https://docstemplates-uk.com/fit-to-fly-letter/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fit-to-fly-letter/"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