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FLIGHT COMPENSATION CLAIM LETTER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Airline Name: _________________________________________________________</w:t>
      </w:r>
    </w:p>
    <w:p>
      <w:r>
        <w:rPr>
          <w:b w:val="0"/>
          <w:sz w:val="20"/>
        </w:rPr>
        <w:t>Customer Service Address: ______________________________________________</w:t>
      </w:r>
    </w:p>
    <w:p>
      <w:r>
        <w:rPr>
          <w:b w:val="0"/>
          <w:sz w:val="20"/>
        </w:rPr>
        <w:t>Customer Service Email: ________________________________________________</w:t>
      </w:r>
    </w:p>
    <w:p/>
    <w:p>
      <w:r>
        <w:rPr>
          <w:b/>
          <w:sz w:val="20"/>
        </w:rPr>
        <w:t>Subject: Flight Compensation Claim under EC Regulation 261/2004</w:t>
      </w:r>
    </w:p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claim compensation for the disruption suffered on my recent flight under EC Regulation 261/2004. I request your prompt attention to this matter and a full response as required by law.</w:t>
      </w:r>
    </w:p>
    <w:p/>
    <w:p>
      <w:r>
        <w:rPr>
          <w:b/>
          <w:sz w:val="20"/>
        </w:rPr>
        <w:t>Flight Details:</w:t>
      </w:r>
    </w:p>
    <w:p>
      <w:r>
        <w:rPr>
          <w:b w:val="0"/>
          <w:sz w:val="20"/>
        </w:rPr>
        <w:t>Flight Number: _________________________________________________________</w:t>
      </w:r>
    </w:p>
    <w:p>
      <w:r>
        <w:rPr>
          <w:b w:val="0"/>
          <w:sz w:val="20"/>
        </w:rPr>
        <w:t>Date of Flight: _________________________________________________________</w:t>
      </w:r>
    </w:p>
    <w:p>
      <w:r>
        <w:rPr>
          <w:b w:val="0"/>
          <w:sz w:val="20"/>
        </w:rPr>
        <w:t>Departure Airport: ______________________________________________________</w:t>
      </w:r>
    </w:p>
    <w:p>
      <w:r>
        <w:rPr>
          <w:b w:val="0"/>
          <w:sz w:val="20"/>
        </w:rPr>
        <w:t>Arrival Airport: ________________________________________________________</w:t>
      </w:r>
    </w:p>
    <w:p>
      <w:r>
        <w:rPr>
          <w:b w:val="0"/>
          <w:sz w:val="20"/>
        </w:rPr>
        <w:t>Booking Reference Number: _______________________________________________</w:t>
      </w:r>
    </w:p>
    <w:p/>
    <w:p>
      <w:r>
        <w:rPr>
          <w:b/>
          <w:sz w:val="20"/>
        </w:rPr>
        <w:t>Details of Disruption:</w:t>
      </w:r>
    </w:p>
    <w:p>
      <w:r>
        <w:rPr>
          <w:b w:val="0"/>
          <w:sz w:val="20"/>
        </w:rPr>
        <w:t>Type of Disruption (Delay, Cancellation, Denied Boarding): __________________________</w:t>
      </w:r>
    </w:p>
    <w:p>
      <w:r>
        <w:rPr>
          <w:b w:val="0"/>
          <w:sz w:val="20"/>
        </w:rPr>
        <w:t>Scheduled Departure Time: _________________________________________________</w:t>
      </w:r>
    </w:p>
    <w:p>
      <w:r>
        <w:rPr>
          <w:b w:val="0"/>
          <w:sz w:val="20"/>
        </w:rPr>
        <w:t>Actual Departure Time: ____________________________________________________</w:t>
      </w:r>
    </w:p>
    <w:p>
      <w:r>
        <w:rPr>
          <w:b w:val="0"/>
          <w:sz w:val="20"/>
        </w:rPr>
        <w:t>Total Delay at Arrival: ____________________________________________________</w:t>
      </w:r>
    </w:p>
    <w:p/>
    <w:p>
      <w:r>
        <w:rPr>
          <w:b/>
          <w:sz w:val="20"/>
        </w:rPr>
        <w:t>Basis for Compensation Claim:</w:t>
      </w:r>
    </w:p>
    <w:p>
      <w:r>
        <w:rPr>
          <w:b w:val="0"/>
          <w:sz w:val="20"/>
        </w:rPr>
        <w:t>According to EC Regulation 261/2004, passengers are entitled to compensation in cases of flight delays exceeding three hours, cancellations without adequate notice, or denied boarding against their will. My flight disruption meets the following criteria:</w:t>
      </w:r>
    </w:p>
    <w:p>
      <w:r>
        <w:rPr>
          <w:b w:val="0"/>
          <w:sz w:val="20"/>
        </w:rPr>
        <w:t>- Flight distance was approximately ______ km.</w:t>
      </w:r>
    </w:p>
    <w:p>
      <w:r>
        <w:rPr>
          <w:b w:val="0"/>
          <w:sz w:val="20"/>
        </w:rPr>
        <w:t>- Delay at final destination was ______ minutes/hours.</w:t>
      </w:r>
    </w:p>
    <w:p>
      <w:r>
        <w:rPr>
          <w:b w:val="0"/>
          <w:sz w:val="20"/>
        </w:rPr>
        <w:t>- No extraordinary circumstances were notified that would exempt the airline from compensation liability.</w:t>
      </w:r>
    </w:p>
    <w:p/>
    <w:p>
      <w:r>
        <w:rPr>
          <w:b/>
          <w:sz w:val="20"/>
        </w:rPr>
        <w:t>Legal Rights and References:</w:t>
      </w:r>
    </w:p>
    <w:p>
      <w:r>
        <w:rPr>
          <w:b w:val="0"/>
          <w:sz w:val="20"/>
        </w:rPr>
        <w:t>EC Regulation 261/2004 provides clear entitlements for passengers affected by flight disruptions. This includes compensation amounts ranging from €250 to €600 depending on flight distance and delay length. The airline has a legal obligation to compensate passengers unless the disruption was caused by extraordinary circumstances beyond the airline’s control, which must be demonstrated with adequate evidence.</w:t>
      </w:r>
    </w:p>
    <w:p/>
    <w:p>
      <w:r>
        <w:rPr>
          <w:b/>
          <w:sz w:val="20"/>
        </w:rPr>
        <w:t>Requested Compensation:</w:t>
      </w:r>
    </w:p>
    <w:p>
      <w:r>
        <w:rPr>
          <w:b w:val="0"/>
          <w:sz w:val="20"/>
        </w:rPr>
        <w:t>Based on the flight distance and delay experienced, I hereby claim the sum of €________________ as compensation for the disruption suffered.</w:t>
      </w:r>
    </w:p>
    <w:p/>
    <w:p>
      <w:r>
        <w:rPr>
          <w:b/>
          <w:sz w:val="20"/>
        </w:rPr>
        <w:t>Additional Expenses Incurred:</w:t>
      </w:r>
    </w:p>
    <w:p>
      <w:r>
        <w:rPr>
          <w:b w:val="0"/>
          <w:sz w:val="20"/>
        </w:rPr>
        <w:t>Due to the flight disruption, I also incurred additional expenses as detailed below, which I request to be reimbursed:</w:t>
      </w:r>
    </w:p>
    <w:p>
      <w:r>
        <w:rPr>
          <w:b w:val="0"/>
          <w:sz w:val="20"/>
        </w:rPr>
        <w:t>- Meals and refreshments: €___________</w:t>
      </w:r>
    </w:p>
    <w:p>
      <w:r>
        <w:rPr>
          <w:b w:val="0"/>
          <w:sz w:val="20"/>
        </w:rPr>
        <w:t>- Accommodation: €___________</w:t>
      </w:r>
    </w:p>
    <w:p>
      <w:r>
        <w:rPr>
          <w:b w:val="0"/>
          <w:sz w:val="20"/>
        </w:rPr>
        <w:t>- Transport: €___________</w:t>
      </w:r>
    </w:p>
    <w:p>
      <w:r>
        <w:rPr>
          <w:b w:val="0"/>
          <w:sz w:val="20"/>
        </w:rPr>
        <w:t>- Other reasonable costs: €___________</w:t>
      </w:r>
    </w:p>
    <w:p/>
    <w:p>
      <w:r>
        <w:rPr>
          <w:b/>
          <w:sz w:val="20"/>
        </w:rPr>
        <w:t>Supporting Documents Attached:</w:t>
      </w:r>
    </w:p>
    <w:p>
      <w:r>
        <w:rPr>
          <w:b w:val="0"/>
          <w:sz w:val="20"/>
        </w:rPr>
        <w:t>- Copy of Flight Ticket/Booking Confirmation</w:t>
      </w:r>
    </w:p>
    <w:p>
      <w:r>
        <w:rPr>
          <w:b w:val="0"/>
          <w:sz w:val="20"/>
        </w:rPr>
        <w:t>- Boarding Pass</w:t>
      </w:r>
    </w:p>
    <w:p>
      <w:r>
        <w:rPr>
          <w:b w:val="0"/>
          <w:sz w:val="20"/>
        </w:rPr>
        <w:t>- Correspondence with Airline (if any)</w:t>
      </w:r>
    </w:p>
    <w:p>
      <w:r>
        <w:rPr>
          <w:b w:val="0"/>
          <w:sz w:val="20"/>
        </w:rPr>
        <w:t>- Receipts for Additional Expenses</w:t>
      </w:r>
    </w:p>
    <w:p/>
    <w:p>
      <w:r>
        <w:rPr>
          <w:b w:val="0"/>
          <w:sz w:val="20"/>
        </w:rPr>
        <w:t>I kindly request a written confirmation of receipt of this claim and a formal response within the timeframe stipulated by law. Failure to respond appropriately may result in further legal actions to enforce my rights.</w:t>
      </w:r>
    </w:p>
    <w:p/>
    <w:p>
      <w:r>
        <w:rPr>
          <w:b w:val="0"/>
          <w:sz w:val="20"/>
        </w:rPr>
        <w:t>Thank you for your prompt attention to this matter.</w:t>
      </w:r>
    </w:p>
    <w:p/>
    <w:p/>
    <w:p>
      <w:r>
        <w:rPr>
          <w:b w:val="0"/>
          <w:sz w:val="20"/>
        </w:rPr>
        <w:t>Yours faithfully,</w:t>
      </w:r>
    </w:p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Signature</w:t>
      </w:r>
    </w:p>
    <w:p/>
    <w:p/>
    <w:p>
      <w:r>
        <w:rPr>
          <w:b w:val="0"/>
          <w:sz w:val="20"/>
        </w:rPr>
        <w:t>Place: ________________________________________________________________</w:t>
      </w:r>
    </w:p>
    <w:p>
      <w:r>
        <w:rPr>
          <w:b w:val="0"/>
          <w:sz w:val="20"/>
        </w:rPr>
        <w:t>Date: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Airline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https://docstemplates-uk.com/flight-compensation-letter/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uk.com/flight-compensation-letter/" TargetMode="External"/><Relationship Id="rId10" Type="http://schemas.openxmlformats.org/officeDocument/2006/relationships/hyperlink" Target="https://docs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