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HORSE LOAN AGREEMENT</w:t>
      </w:r>
    </w:p>
    <w:p/>
    <w:p>
      <w:r>
        <w:rPr>
          <w:b/>
          <w:sz w:val="20"/>
        </w:rPr>
        <w:t>PARTIES TO THE AGREEMENT:</w:t>
      </w:r>
    </w:p>
    <w:p>
      <w:r>
        <w:rPr>
          <w:b w:val="0"/>
          <w:sz w:val="20"/>
        </w:rPr>
        <w:t>Lender (Owner): Full Name: ________________________________________________</w:t>
      </w:r>
    </w:p>
    <w:p>
      <w:r>
        <w:rPr>
          <w:b w:val="0"/>
          <w:sz w:val="20"/>
        </w:rPr>
        <w:t>Address: _________________________________________________________________</w:t>
      </w:r>
    </w:p>
    <w:p>
      <w:r>
        <w:rPr>
          <w:b w:val="0"/>
          <w:sz w:val="20"/>
        </w:rPr>
        <w:t>Contact Number: __________________________________________________________</w:t>
      </w:r>
    </w:p>
    <w:p>
      <w:r>
        <w:rPr>
          <w:b w:val="0"/>
          <w:sz w:val="20"/>
        </w:rPr>
        <w:t>Email Address: ____________________________________________________________</w:t>
      </w:r>
    </w:p>
    <w:p/>
    <w:p>
      <w:r>
        <w:rPr>
          <w:b w:val="0"/>
          <w:sz w:val="20"/>
        </w:rPr>
        <w:t>Borrower (Loan Recipient): Full Name: ______________________________________</w:t>
      </w:r>
    </w:p>
    <w:p>
      <w:r>
        <w:rPr>
          <w:b w:val="0"/>
          <w:sz w:val="20"/>
        </w:rPr>
        <w:t>Address: _________________________________________________________________</w:t>
      </w:r>
    </w:p>
    <w:p>
      <w:r>
        <w:rPr>
          <w:b w:val="0"/>
          <w:sz w:val="20"/>
        </w:rPr>
        <w:t>Contact Number: __________________________________________________________</w:t>
      </w:r>
    </w:p>
    <w:p>
      <w:r>
        <w:rPr>
          <w:b w:val="0"/>
          <w:sz w:val="20"/>
        </w:rPr>
        <w:t>Email Address: ____________________________________________________________</w:t>
      </w:r>
    </w:p>
    <w:p/>
    <w:p>
      <w:r>
        <w:rPr>
          <w:b/>
          <w:sz w:val="20"/>
        </w:rPr>
        <w:t>DESCRIPTION OF THE HORSE:</w:t>
      </w:r>
    </w:p>
    <w:p>
      <w:r>
        <w:rPr>
          <w:b w:val="0"/>
          <w:sz w:val="20"/>
        </w:rPr>
        <w:t>Registered Name: _________________________________________________________</w:t>
      </w:r>
    </w:p>
    <w:p>
      <w:r>
        <w:rPr>
          <w:b w:val="0"/>
          <w:sz w:val="20"/>
        </w:rPr>
        <w:t>Breed: _________________________________________________________________</w:t>
      </w:r>
    </w:p>
    <w:p>
      <w:r>
        <w:rPr>
          <w:b w:val="0"/>
          <w:sz w:val="20"/>
        </w:rPr>
        <w:t>Colour: _________________________________________________________________</w:t>
      </w:r>
    </w:p>
    <w:p>
      <w:r>
        <w:rPr>
          <w:b w:val="0"/>
          <w:sz w:val="20"/>
        </w:rPr>
        <w:t>Sex: _________________________________________________________________</w:t>
      </w:r>
    </w:p>
    <w:p>
      <w:r>
        <w:rPr>
          <w:b w:val="0"/>
          <w:sz w:val="20"/>
        </w:rPr>
        <w:t>Age / Date of Birth: _____________________________________________________</w:t>
      </w:r>
    </w:p>
    <w:p>
      <w:r>
        <w:rPr>
          <w:b w:val="0"/>
          <w:sz w:val="20"/>
        </w:rPr>
        <w:t>Identification Marks / Microchip Number: _________________________________</w:t>
      </w:r>
    </w:p>
    <w:p>
      <w:r>
        <w:rPr>
          <w:b w:val="0"/>
          <w:sz w:val="20"/>
        </w:rPr>
        <w:t>Current Location: ________________________________________________________</w:t>
      </w:r>
    </w:p>
    <w:p/>
    <w:p>
      <w:r>
        <w:rPr>
          <w:b/>
          <w:sz w:val="20"/>
        </w:rPr>
        <w:t>LOAN PURPOSE AND TERM:</w:t>
      </w:r>
    </w:p>
    <w:p>
      <w:r>
        <w:rPr>
          <w:b w:val="0"/>
          <w:sz w:val="20"/>
        </w:rPr>
        <w:t>Purpose of Loan: _________________________________________________________</w:t>
      </w:r>
    </w:p>
    <w:p>
      <w:r>
        <w:rPr>
          <w:b w:val="0"/>
          <w:sz w:val="20"/>
        </w:rPr>
        <w:t>Loan Period: From the date of handover until return or termination of this agreement.</w:t>
      </w:r>
    </w:p>
    <w:p>
      <w:r>
        <w:rPr>
          <w:b w:val="0"/>
          <w:sz w:val="20"/>
        </w:rPr>
        <w:t>The Borrower shall return the Horse to the Lender in the same condition as received, fair wear and tear excepted.</w:t>
      </w:r>
    </w:p>
    <w:p/>
    <w:p>
      <w:r>
        <w:rPr>
          <w:b/>
          <w:sz w:val="20"/>
        </w:rPr>
        <w:t>CONDITIONS OF THE LOAN:</w:t>
      </w:r>
    </w:p>
    <w:p>
      <w:r>
        <w:rPr>
          <w:b w:val="0"/>
          <w:sz w:val="20"/>
        </w:rPr>
        <w:t>1. Custody and Care</w:t>
      </w:r>
    </w:p>
    <w:p>
      <w:r>
        <w:rPr>
          <w:b w:val="0"/>
          <w:sz w:val="20"/>
        </w:rPr>
        <w:t>The Borrower agrees to provide proper and humane care, feeding, grooming, exercise, and veterinary attention to the Horse during the loan period in accordance with best equine practices and UK animal welfare laws.</w:t>
      </w:r>
    </w:p>
    <w:p>
      <w:r>
        <w:rPr>
          <w:b w:val="0"/>
          <w:sz w:val="20"/>
        </w:rPr>
        <w:t>The Borrower shall not use the Horse for any unlawful or unethical purpose, including racing, breeding, or competitions, unless expressly authorised in writing by the Lender.</w:t>
      </w:r>
    </w:p>
    <w:p>
      <w:r>
        <w:rPr>
          <w:b w:val="0"/>
          <w:sz w:val="20"/>
        </w:rPr>
      </w:r>
    </w:p>
    <w:p>
      <w:r>
        <w:rPr>
          <w:b w:val="0"/>
          <w:sz w:val="20"/>
        </w:rPr>
        <w:t>2. Veterinary and Health</w:t>
      </w:r>
    </w:p>
    <w:p>
      <w:r>
        <w:rPr>
          <w:b w:val="0"/>
          <w:sz w:val="20"/>
        </w:rPr>
        <w:t>The Borrower shall immediately notify the Lender of any illness, injury, or death of the Horse and shall provide copies of veterinary records and treatments administered during the loan period.</w:t>
      </w:r>
    </w:p>
    <w:p>
      <w:r>
        <w:rPr>
          <w:b w:val="0"/>
          <w:sz w:val="20"/>
        </w:rPr>
        <w:t>Any veterinary costs shall be borne by the Borrower unless otherwise agreed in writing.</w:t>
      </w:r>
    </w:p>
    <w:p>
      <w:r>
        <w:rPr>
          <w:b w:val="0"/>
          <w:sz w:val="20"/>
        </w:rPr>
      </w:r>
    </w:p>
    <w:p>
      <w:r>
        <w:rPr>
          <w:b w:val="0"/>
          <w:sz w:val="20"/>
        </w:rPr>
        <w:t>3. Insurance</w:t>
      </w:r>
    </w:p>
    <w:p>
      <w:r>
        <w:rPr>
          <w:b w:val="0"/>
          <w:sz w:val="20"/>
        </w:rPr>
        <w:t>The Borrower shall maintain comprehensive insurance covering the Horse for mortality, theft, third-party liability, and any other risks agreed with the Lender, with the Lender named as an additional insured party.</w:t>
      </w:r>
    </w:p>
    <w:p>
      <w:r>
        <w:rPr>
          <w:b w:val="0"/>
          <w:sz w:val="20"/>
        </w:rPr>
        <w:t>Proof of insurance must be provided to the Lender upon request.</w:t>
      </w:r>
    </w:p>
    <w:p>
      <w:r>
        <w:rPr>
          <w:b w:val="0"/>
          <w:sz w:val="20"/>
        </w:rPr>
      </w:r>
    </w:p>
    <w:p>
      <w:r>
        <w:rPr>
          <w:b w:val="0"/>
          <w:sz w:val="20"/>
        </w:rPr>
        <w:t>4. Alterations and Equipment</w:t>
      </w:r>
    </w:p>
    <w:p>
      <w:r>
        <w:rPr>
          <w:b w:val="0"/>
          <w:sz w:val="20"/>
        </w:rPr>
        <w:t>The Borrower shall not make any permanent alterations to the Horse or its equipment without prior written consent of the Lender.</w:t>
      </w:r>
    </w:p>
    <w:p>
      <w:r>
        <w:rPr>
          <w:b w:val="0"/>
          <w:sz w:val="20"/>
        </w:rPr>
        <w:t>Any additional equipment purchased or provided by the Borrower shall remain the property of the Borrower.</w:t>
      </w:r>
    </w:p>
    <w:p/>
    <w:p>
      <w:r>
        <w:rPr>
          <w:b/>
          <w:sz w:val="20"/>
        </w:rPr>
        <w:t>LIABILITY AND INDEMNITY:</w:t>
      </w:r>
    </w:p>
    <w:p>
      <w:r>
        <w:rPr>
          <w:b w:val="0"/>
          <w:sz w:val="20"/>
        </w:rPr>
        <w:t>The Borrower accepts full responsibility for any injury, damage, or loss caused by or to the Horse while in their custody, except for defects or conditions existing prior to the loan and fully disclosed to the Borrower.</w:t>
      </w:r>
    </w:p>
    <w:p>
      <w:r>
        <w:rPr>
          <w:b w:val="0"/>
          <w:sz w:val="20"/>
        </w:rPr>
        <w:t>The Borrower shall indemnify and hold harmless the Lender against any claims, costs, or damages arising from the Borrower's use or care of the Horse.</w:t>
      </w:r>
    </w:p>
    <w:p/>
    <w:p>
      <w:r>
        <w:rPr>
          <w:b/>
          <w:sz w:val="20"/>
        </w:rPr>
        <w:t>TERMINATION AND RETURN:</w:t>
      </w:r>
    </w:p>
    <w:p>
      <w:r>
        <w:rPr>
          <w:b w:val="0"/>
          <w:sz w:val="20"/>
        </w:rPr>
        <w:t>Either party may terminate this Agreement by providing written notice to the other.</w:t>
      </w:r>
    </w:p>
    <w:p>
      <w:r>
        <w:rPr>
          <w:b w:val="0"/>
          <w:sz w:val="20"/>
        </w:rPr>
        <w:t>Upon termination or at the end of the Loan Period, the Borrower shall return the Horse to the Lender at the agreed location and in good condition, subject to fair wear and tear.</w:t>
      </w:r>
    </w:p>
    <w:p>
      <w:r>
        <w:rPr>
          <w:b w:val="0"/>
          <w:sz w:val="20"/>
        </w:rPr>
        <w:t>If the Horse is not returned timely or is lost, stolen, or dies while in the Borrower's possession, the Borrower shall immediately notify the Lender and shall be liable for any resulting losses or costs.</w:t>
      </w:r>
    </w:p>
    <w:p/>
    <w:p>
      <w:r>
        <w:rPr>
          <w:b/>
          <w:sz w:val="20"/>
        </w:rPr>
        <w:t>GOVERNING LAW AND JURISDICTION:</w:t>
      </w:r>
    </w:p>
    <w:p>
      <w:r>
        <w:rPr>
          <w:b w:val="0"/>
          <w:sz w:val="20"/>
        </w:rPr>
        <w:t>This Agreement shall be governed by and construed in accordance with the laws of England and Wales.</w:t>
      </w:r>
    </w:p>
    <w:p>
      <w:r>
        <w:rPr>
          <w:b w:val="0"/>
          <w:sz w:val="20"/>
        </w:rPr>
        <w:t>Any dispute arising out of or in connection with this Agreement shall be subject to the exclusive jurisdiction of the courts of England and Wales.</w:t>
      </w:r>
    </w:p>
    <w:p/>
    <w:p>
      <w:r>
        <w:rPr>
          <w:b/>
          <w:sz w:val="20"/>
        </w:rPr>
        <w:t>ENTIRE AGREEMENT:</w:t>
      </w:r>
    </w:p>
    <w:p>
      <w:r>
        <w:rPr>
          <w:b w:val="0"/>
          <w:sz w:val="20"/>
        </w:rPr>
        <w:t>This Agreement constitutes the entire agreement between the parties concerning the loan of the Horse and supersedes all prior discussions, negotiations, and agreements, whether oral or written.</w:t>
      </w:r>
    </w:p>
    <w:p>
      <w:r>
        <w:rPr>
          <w:b w:val="0"/>
          <w:sz w:val="20"/>
        </w:rPr>
        <w:t>Any amendments or modifications must be in writing and signed by both parties.</w:t>
      </w:r>
    </w:p>
    <w:p/>
    <w:p/>
    <w:p>
      <w:r>
        <w:rPr>
          <w:b w:val="0"/>
          <w:sz w:val="20"/>
        </w:rPr>
        <w:t>Place of Signing: ________________________________________________</w:t>
      </w:r>
    </w:p>
    <w:p>
      <w:r>
        <w:rPr>
          <w:b w:val="0"/>
          <w:sz w:val="20"/>
        </w:rPr>
        <w:t>Date of Signing: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LENDER (OWNER)</w:t>
            </w:r>
          </w:p>
        </w:tc>
        <w:tc>
          <w:tcPr>
            <w:tcW w:type="dxa" w:w="4986"/>
            <w:tcBorders>
              <w:top w:val="nil"/>
              <w:left w:val="nil"/>
              <w:bottom w:val="nil"/>
              <w:right w:val="nil"/>
              <w:insideH w:val="nil"/>
              <w:insideV w:val="nil"/>
            </w:tcBorders>
          </w:tcPr>
          <w:p>
            <w:pPr>
              <w:jc w:val="center"/>
            </w:pPr>
            <w:r>
              <w:t>BORROWER (LOAN 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https://docstemplates-uk.com/horse-loan-agreement/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horse-loan-agreement/"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