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LANDLORD LETTER FOR UNIVERSAL CREDIT</w:t>
      </w:r>
    </w:p>
    <w:p/>
    <w:p>
      <w:r>
        <w:rPr>
          <w:b/>
          <w:sz w:val="20"/>
        </w:rPr>
        <w:t>Landlord’s Details:</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Tenant’s Details:</w:t>
      </w:r>
    </w:p>
    <w:p>
      <w:r>
        <w:rPr>
          <w:b w:val="0"/>
          <w:sz w:val="20"/>
        </w:rPr>
        <w:t>Full Name(s): _________________________________________________________</w:t>
      </w:r>
    </w:p>
    <w:p>
      <w:r>
        <w:rPr>
          <w:b w:val="0"/>
          <w:sz w:val="20"/>
        </w:rPr>
        <w:t>Address of Rented Property: ____________________________________________</w:t>
      </w:r>
    </w:p>
    <w:p>
      <w:r>
        <w:rPr>
          <w:b w:val="0"/>
          <w:sz w:val="20"/>
        </w:rPr>
        <w:t>Tenant’s Contact Number: _______________________________________________</w:t>
      </w:r>
    </w:p>
    <w:p/>
    <w:p>
      <w:r>
        <w:rPr>
          <w:b/>
          <w:sz w:val="20"/>
        </w:rPr>
        <w:t>Property Details:</w:t>
      </w:r>
    </w:p>
    <w:p>
      <w:r>
        <w:rPr>
          <w:b w:val="0"/>
          <w:sz w:val="20"/>
        </w:rPr>
        <w:t>Type of Property: ______________________________________________________</w:t>
      </w:r>
    </w:p>
    <w:p>
      <w:r>
        <w:rPr>
          <w:b w:val="0"/>
          <w:sz w:val="20"/>
        </w:rPr>
        <w:t>Number of Bedrooms: ___________________________________________________</w:t>
      </w:r>
    </w:p>
    <w:p>
      <w:r>
        <w:rPr>
          <w:b w:val="0"/>
          <w:sz w:val="20"/>
        </w:rPr>
        <w:t>Date Tenancy Started: _________________________________________________</w:t>
      </w:r>
    </w:p>
    <w:p>
      <w:r>
        <w:rPr>
          <w:b w:val="0"/>
          <w:sz w:val="20"/>
        </w:rPr>
        <w:t>Date Tenancy Ends (if applicable): ______________________________________</w:t>
      </w:r>
    </w:p>
    <w:p/>
    <w:p>
      <w:r>
        <w:rPr>
          <w:b/>
          <w:sz w:val="20"/>
        </w:rPr>
        <w:t>Rent Details:</w:t>
      </w:r>
    </w:p>
    <w:p>
      <w:r>
        <w:rPr>
          <w:b w:val="0"/>
          <w:sz w:val="20"/>
        </w:rPr>
        <w:t>Amount of Rent (per week/month): ______________________________</w:t>
      </w:r>
    </w:p>
    <w:p>
      <w:r>
        <w:rPr>
          <w:b w:val="0"/>
          <w:sz w:val="20"/>
        </w:rPr>
        <w:t>Frequency of Rent Payment (weekly/monthly/other): _____________________</w:t>
      </w:r>
    </w:p>
    <w:p>
      <w:r>
        <w:rPr>
          <w:b w:val="0"/>
          <w:sz w:val="20"/>
        </w:rPr>
        <w:t>Date Rent is Due: ______________________________________________________</w:t>
      </w:r>
    </w:p>
    <w:p>
      <w:r>
        <w:rPr>
          <w:b w:val="0"/>
          <w:sz w:val="20"/>
        </w:rPr>
        <w:t>Rent Paid To (Bank account details or address): ________________________</w:t>
      </w:r>
    </w:p>
    <w:p/>
    <w:p>
      <w:r>
        <w:rPr>
          <w:b/>
          <w:sz w:val="20"/>
        </w:rPr>
        <w:t>Confirmation of Tenancy and Rent:</w:t>
      </w:r>
    </w:p>
    <w:p>
      <w:r>
        <w:rPr>
          <w:b w:val="0"/>
          <w:sz w:val="20"/>
        </w:rPr>
        <w:t>I confirm that the above named tenant(s) occupy the property listed above as their main residence under a valid tenancy agreement.</w:t>
      </w:r>
    </w:p>
    <w:p>
      <w:r>
        <w:rPr>
          <w:b w:val="0"/>
          <w:sz w:val="20"/>
        </w:rPr>
        <w:t>I confirm that the rent amount stated above is the full amount payable by the tenant(s) for the tenancy.</w:t>
      </w:r>
    </w:p>
    <w:p>
      <w:r>
        <w:rPr>
          <w:b w:val="0"/>
          <w:sz w:val="20"/>
        </w:rPr>
        <w:t>I confirm that the tenant(s) currently owe no rent arrears, or if they do, the amount of rent arrears outstanding is: _____________________.</w:t>
      </w:r>
    </w:p>
    <w:p/>
    <w:p>
      <w:r>
        <w:rPr>
          <w:b/>
          <w:sz w:val="20"/>
        </w:rPr>
        <w:t>Payment Method:</w:t>
      </w:r>
    </w:p>
    <w:p>
      <w:r>
        <w:rPr>
          <w:b w:val="0"/>
          <w:sz w:val="20"/>
        </w:rPr>
        <w:t>Rent is paid by the tenant(s) via (please tick):</w:t>
      </w:r>
    </w:p>
    <w:p>
      <w:r>
        <w:rPr>
          <w:sz w:val="20"/>
        </w:rPr>
        <w:t>☐ Standing Order    ☐ Direct Debit    ☐ Cash    ☐ Cheque    ☐ Other: _______________</w:t>
      </w:r>
    </w:p>
    <w:p/>
    <w:p>
      <w:r>
        <w:rPr>
          <w:b/>
          <w:sz w:val="20"/>
        </w:rPr>
        <w:t>If rent arrears exist, please specify amount and any agreed repayment plan:</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Landlord Declaration:</w:t>
      </w:r>
    </w:p>
    <w:p>
      <w:r>
        <w:rPr>
          <w:b w:val="0"/>
          <w:sz w:val="20"/>
        </w:rPr>
        <w:t>I declare that the information provided in this letter is accurate and true to the best of my knowledge. I understand that this letter may be used by the Department for Work and Pensions (DWP) to assess the tenant’s Universal Credit housing costs entitlement.</w:t>
      </w:r>
    </w:p>
    <w:p/>
    <w:p>
      <w:r>
        <w:rPr>
          <w:b/>
          <w:sz w:val="20"/>
        </w:rPr>
        <w:t>Privacy Statement:</w:t>
      </w:r>
    </w:p>
    <w:p>
      <w:r>
        <w:rPr>
          <w:b w:val="0"/>
          <w:sz w:val="20"/>
        </w:rPr>
        <w:t>The information provided in this letter will be used solely for the purpose of assessing Universal Credit claims and will be handled in accordance with the Data Protection Act 2018 and UK GDPR. It will not be shared with third parties unless required by law.</w:t>
      </w:r>
    </w:p>
    <w:p/>
    <w:p/>
    <w:p>
      <w:r>
        <w:rPr>
          <w:b w:val="0"/>
          <w:sz w:val="20"/>
        </w:rPr>
        <w:t>Landlord’s Signature: ________________________________________________</w:t>
      </w:r>
    </w:p>
    <w:p>
      <w:r>
        <w:rPr>
          <w:b w:val="0"/>
          <w:sz w:val="20"/>
        </w:rPr>
        <w:t>Date: _______________________________________________________________</w:t>
      </w:r>
    </w:p>
    <w:p/>
    <w:p/>
    <w:p>
      <w:r>
        <w:rPr>
          <w:b w:val="0"/>
          <w:sz w:val="20"/>
        </w:rPr>
        <w:t>Tenant’s Signature (optional): _________________________________________</w:t>
      </w:r>
    </w:p>
    <w:p>
      <w:r>
        <w:rPr>
          <w:b w:val="0"/>
          <w:sz w:val="20"/>
        </w:rPr>
        <w:t>Date: _______________________________________________________________</w:t>
      </w:r>
    </w:p>
    <w:p/>
    <w:p/>
    <w:p>
      <w:r>
        <w:rPr>
          <w:b/>
          <w:sz w:val="20"/>
        </w:rPr>
        <w:t>For verification purposes, please provide contact details where the DWP can reach you:</w:t>
      </w:r>
    </w:p>
    <w:p>
      <w:r>
        <w:rPr>
          <w:b w:val="0"/>
          <w:sz w:val="20"/>
        </w:rPr>
        <w:t>Telephone Number: ____________________________________________________</w:t>
      </w:r>
    </w:p>
    <w:p>
      <w:r>
        <w:rPr>
          <w:b w:val="0"/>
          <w:sz w:val="20"/>
        </w:rPr>
        <w:t>Email Address: ________________________________________________________</w:t>
      </w:r>
    </w:p>
    <w:p/>
    <w:p>
      <w:r>
        <w:rPr>
          <w:b/>
          <w:sz w:val="20"/>
        </w:rPr>
        <w:t>Additional Notes (if applicable):</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 (optional)</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https://docstemplates-uk.com/landlord-letter-for-universal-credit/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landlord-letter-for-universal-credi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