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CONCERN</w:t>
      </w:r>
    </w:p>
    <w:p/>
    <w:p/>
    <w:p>
      <w:r>
        <w:rPr>
          <w:b/>
          <w:sz w:val="20"/>
        </w:rPr>
        <w:t>To:</w:t>
      </w:r>
    </w:p>
    <w:p>
      <w:r>
        <w:rPr>
          <w:b w:val="0"/>
          <w:sz w:val="20"/>
        </w:rPr>
        <w:t>Name: _______________________________________________________________</w:t>
      </w:r>
    </w:p>
    <w:p>
      <w:r>
        <w:rPr>
          <w:b w:val="0"/>
          <w:sz w:val="20"/>
        </w:rPr>
        <w:t>Position: _____________________________________________________________</w:t>
      </w:r>
    </w:p>
    <w:p>
      <w:r>
        <w:rPr>
          <w:b w:val="0"/>
          <w:sz w:val="20"/>
        </w:rPr>
        <w:t>Company/Organisation: ________________________________________________</w:t>
      </w:r>
    </w:p>
    <w:p>
      <w:r>
        <w:rPr>
          <w:b w:val="0"/>
          <w:sz w:val="20"/>
        </w:rPr>
        <w:t>Address: _____________________________________________________________</w:t>
      </w:r>
    </w:p>
    <w:p/>
    <w:p/>
    <w:p>
      <w:r>
        <w:rPr>
          <w:b/>
          <w:sz w:val="20"/>
        </w:rPr>
        <w:t>From:</w:t>
      </w:r>
    </w:p>
    <w:p>
      <w:r>
        <w:rPr>
          <w:b w:val="0"/>
          <w:sz w:val="20"/>
        </w:rPr>
        <w:t>Name: _______________________________________________________________</w:t>
      </w:r>
    </w:p>
    <w:p>
      <w:r>
        <w:rPr>
          <w:b w:val="0"/>
          <w:sz w:val="20"/>
        </w:rPr>
        <w:t>Position: _____________________________________________________________</w:t>
      </w:r>
    </w:p>
    <w:p>
      <w:r>
        <w:rPr>
          <w:b w:val="0"/>
          <w:sz w:val="20"/>
        </w:rPr>
        <w:t>Company/Organisation: ________________________________________________</w:t>
      </w:r>
    </w:p>
    <w:p>
      <w:r>
        <w:rPr>
          <w:b w:val="0"/>
          <w:sz w:val="20"/>
        </w:rPr>
        <w:t>Address: _____________________________________________________________</w:t>
      </w:r>
    </w:p>
    <w:p/>
    <w:p/>
    <w:p>
      <w:r>
        <w:rPr>
          <w:b/>
          <w:sz w:val="20"/>
        </w:rPr>
        <w:t>Subject:</w:t>
      </w:r>
    </w:p>
    <w:p>
      <w:r>
        <w:rPr>
          <w:b w:val="0"/>
          <w:sz w:val="20"/>
        </w:rPr>
        <w:t>Letter of Concern regarding Conduct / Performance / Compliance</w:t>
      </w:r>
    </w:p>
    <w:p/>
    <w:p/>
    <w:p>
      <w:r>
        <w:rPr>
          <w:b w:val="0"/>
          <w:sz w:val="20"/>
        </w:rPr>
        <w:t>Dear Sir/Madam,</w:t>
      </w:r>
    </w:p>
    <w:p/>
    <w:p>
      <w:r>
        <w:rPr>
          <w:b w:val="0"/>
          <w:sz w:val="20"/>
        </w:rPr>
        <w:t>We are writing to formally address concerns that have arisen regarding your recent conduct and/or performance in relation to your duties, obligations, and responsibilities under your contract and applicable UK law. This letter serves to inform you of these concerns and to seek your immediate attention and remedial action.</w:t>
      </w:r>
    </w:p>
    <w:p/>
    <w:p>
      <w:r>
        <w:rPr>
          <w:b/>
          <w:sz w:val="20"/>
        </w:rPr>
        <w:t>Background and Details of Concern:</w:t>
      </w:r>
    </w:p>
    <w:p>
      <w:r>
        <w:rPr>
          <w:b w:val="0"/>
          <w:sz w:val="20"/>
        </w:rPr>
        <w:t>Please be advised that the following matters have been identified as requiring urgent attention:</w:t>
      </w:r>
    </w:p>
    <w:p>
      <w:r>
        <w:rPr>
          <w:b w:val="0"/>
          <w:sz w:val="20"/>
        </w:rPr>
        <w:t>1. ____________________________________________________________________</w:t>
      </w:r>
    </w:p>
    <w:p>
      <w:r>
        <w:rPr>
          <w:b w:val="0"/>
          <w:sz w:val="20"/>
        </w:rPr>
        <w:t>2. ____________________________________________________________________</w:t>
      </w:r>
    </w:p>
    <w:p>
      <w:r>
        <w:rPr>
          <w:b w:val="0"/>
          <w:sz w:val="20"/>
        </w:rPr>
        <w:t>3. ____________________________________________________________________</w:t>
      </w:r>
    </w:p>
    <w:p>
      <w:r>
        <w:rPr>
          <w:b w:val="0"/>
          <w:sz w:val="20"/>
        </w:rPr>
        <w:t>4. ____________________________________________________________________</w:t>
      </w:r>
    </w:p>
    <w:p/>
    <w:p>
      <w:r>
        <w:rPr>
          <w:b/>
          <w:sz w:val="20"/>
        </w:rPr>
        <w:t>Impact and Consequences:</w:t>
      </w:r>
    </w:p>
    <w:p>
      <w:r>
        <w:rPr>
          <w:b w:val="0"/>
          <w:sz w:val="20"/>
        </w:rPr>
        <w:t>The issues outlined above are considered serious and have potential adverse impacts on the organisation's operations, reputation, compliance with legal obligations, and/or contractual relationships. Failure to address these matters appropriately may lead to further action including, but not limited to, formal disciplinary procedures in accordance with applicable policies and UK employment law.</w:t>
      </w:r>
    </w:p>
    <w:p/>
    <w:p>
      <w:r>
        <w:rPr>
          <w:b/>
          <w:sz w:val="20"/>
        </w:rPr>
        <w:t>Required Actions and Expectations:</w:t>
      </w:r>
    </w:p>
    <w:p>
      <w:r>
        <w:rPr>
          <w:b w:val="0"/>
          <w:sz w:val="20"/>
        </w:rPr>
        <w:t>You are hereby requested to:</w:t>
      </w:r>
    </w:p>
    <w:p>
      <w:r>
        <w:rPr>
          <w:b w:val="0"/>
          <w:sz w:val="20"/>
        </w:rPr>
        <w:t>• Provide a written explanation addressing the concerns raised above.</w:t>
      </w:r>
    </w:p>
    <w:p>
      <w:r>
        <w:rPr>
          <w:b w:val="0"/>
          <w:sz w:val="20"/>
        </w:rPr>
        <w:t>• Take immediate corrective steps to rectify the identified issues.</w:t>
      </w:r>
    </w:p>
    <w:p>
      <w:r>
        <w:rPr>
          <w:b w:val="0"/>
          <w:sz w:val="20"/>
        </w:rPr>
        <w:t>• Attend a meeting arranged to discuss this letter and any supporting evidence you wish to provide.</w:t>
      </w:r>
    </w:p>
    <w:p>
      <w:r>
        <w:rPr>
          <w:b w:val="0"/>
          <w:sz w:val="20"/>
        </w:rPr>
        <w:t>• Comply fully with all organisational policies, procedures, and legal requirements henceforth.</w:t>
      </w:r>
    </w:p>
    <w:p/>
    <w:p>
      <w:r>
        <w:rPr>
          <w:b/>
          <w:sz w:val="20"/>
        </w:rPr>
        <w:t>Meeting Details:</w:t>
      </w:r>
    </w:p>
    <w:p>
      <w:r>
        <w:rPr>
          <w:b w:val="0"/>
          <w:sz w:val="20"/>
        </w:rPr>
        <w:t>Date and Time: ________________________________________________________</w:t>
      </w:r>
    </w:p>
    <w:p>
      <w:r>
        <w:rPr>
          <w:b w:val="0"/>
          <w:sz w:val="20"/>
        </w:rPr>
        <w:t>Location: ______________________________________________________________</w:t>
      </w:r>
    </w:p>
    <w:p>
      <w:r>
        <w:rPr>
          <w:b w:val="0"/>
          <w:sz w:val="20"/>
        </w:rPr>
        <w:t>Please confirm your attendance by contacting: ___________________________</w:t>
      </w:r>
    </w:p>
    <w:p/>
    <w:p>
      <w:r>
        <w:rPr>
          <w:b/>
          <w:sz w:val="20"/>
        </w:rPr>
        <w:t>Confidentiality and Your Rights:</w:t>
      </w:r>
    </w:p>
    <w:p>
      <w:r>
        <w:rPr>
          <w:b w:val="0"/>
          <w:sz w:val="20"/>
        </w:rPr>
        <w:t>This letter and all related communications are confidential and should be treated as such. You have the right to be accompanied at any meetings by a work colleague or trade union representative. The organisation is committed to ensuring fair treatment throughout this process.</w:t>
      </w:r>
    </w:p>
    <w:p/>
    <w:p>
      <w:r>
        <w:rPr>
          <w:b w:val="0"/>
          <w:sz w:val="20"/>
        </w:rPr>
        <w:t>We expect your full cooperation in resolving these matters promptly and constructively. Failure to respond or comply may result in further action under the organisation's disciplinary policy.</w:t>
      </w:r>
    </w:p>
    <w:p/>
    <w:p/>
    <w:p>
      <w:r>
        <w:rPr>
          <w:b w:val="0"/>
          <w:sz w:val="20"/>
        </w:rPr>
        <w:t>Yours faithfully,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https://docstemplates-uk.com/letter-of-concern/</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letter-of-concern/"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