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INTRODUCTION</w:t>
      </w:r>
    </w:p>
    <w:p/>
    <w:p/>
    <w:p>
      <w:r>
        <w:rPr>
          <w:b w:val="0"/>
          <w:sz w:val="20"/>
        </w:rPr>
        <w:t>To Whom It May Concern,</w:t>
      </w:r>
    </w:p>
    <w:p/>
    <w:p>
      <w:r>
        <w:rPr>
          <w:b w:val="0"/>
          <w:sz w:val="20"/>
        </w:rPr>
        <w:t>I hereby introduce the bearer of this letter, who is known to me personally and has requested this letter as an introduction for professional and personal purposes. This letter serves to confirm their identity, character, and reliability as understood within the scope of my knowledge and acquaintance.</w:t>
      </w:r>
    </w:p>
    <w:p/>
    <w:p>
      <w:r>
        <w:rPr>
          <w:b/>
          <w:sz w:val="20"/>
        </w:rPr>
        <w:t>Introducer Details:</w:t>
      </w:r>
    </w:p>
    <w:p>
      <w:r>
        <w:rPr>
          <w:b w:val="0"/>
          <w:sz w:val="20"/>
        </w:rPr>
        <w:t>Full Name: ______________________________________________________________</w:t>
      </w:r>
    </w:p>
    <w:p>
      <w:r>
        <w:rPr>
          <w:b w:val="0"/>
          <w:sz w:val="20"/>
        </w:rPr>
        <w:t>Position/Relationship to Introducee: _____________________________________</w:t>
      </w:r>
    </w:p>
    <w:p>
      <w:r>
        <w:rPr>
          <w:b w:val="0"/>
          <w:sz w:val="20"/>
        </w:rPr>
        <w:t>Company/Organisation (if applicable): ____________________________________</w:t>
      </w:r>
    </w:p>
    <w:p>
      <w:r>
        <w:rPr>
          <w:b w:val="0"/>
          <w:sz w:val="20"/>
        </w:rPr>
        <w:t>Address: ________________________________________________________________</w:t>
      </w:r>
    </w:p>
    <w:p>
      <w:r>
        <w:rPr>
          <w:b w:val="0"/>
          <w:sz w:val="20"/>
        </w:rPr>
        <w:t>Contact Number: _________________________________________________________</w:t>
      </w:r>
    </w:p>
    <w:p>
      <w:r>
        <w:rPr>
          <w:b w:val="0"/>
          <w:sz w:val="20"/>
        </w:rPr>
        <w:t>Email: _________________________________________________________________</w:t>
      </w:r>
    </w:p>
    <w:p/>
    <w:p>
      <w:r>
        <w:rPr>
          <w:b/>
          <w:sz w:val="20"/>
        </w:rPr>
        <w:t>Introduced Person’s Details:</w:t>
      </w:r>
    </w:p>
    <w:p>
      <w:r>
        <w:rPr>
          <w:b w:val="0"/>
          <w:sz w:val="20"/>
        </w:rPr>
        <w:t>Full Name: ______________________________________________________________</w:t>
      </w:r>
    </w:p>
    <w:p>
      <w:r>
        <w:rPr>
          <w:b w:val="0"/>
          <w:sz w:val="20"/>
        </w:rPr>
        <w:t>Date of Birth: ___________________________________________________________</w:t>
      </w:r>
    </w:p>
    <w:p>
      <w:r>
        <w:rPr>
          <w:b w:val="0"/>
          <w:sz w:val="20"/>
        </w:rPr>
        <w:t>Current Address: _________________________________________________________</w:t>
      </w:r>
    </w:p>
    <w:p>
      <w:r>
        <w:rPr>
          <w:b w:val="0"/>
          <w:sz w:val="20"/>
        </w:rPr>
        <w:t>Contact Number: _________________________________________________________</w:t>
      </w:r>
    </w:p>
    <w:p>
      <w:r>
        <w:rPr>
          <w:b w:val="0"/>
          <w:sz w:val="20"/>
        </w:rPr>
        <w:t>Email: _________________________________________________________________</w:t>
      </w:r>
    </w:p>
    <w:p/>
    <w:p>
      <w:r>
        <w:rPr>
          <w:b/>
          <w:sz w:val="20"/>
        </w:rPr>
        <w:t>Purpose of Introduction:</w:t>
      </w:r>
    </w:p>
    <w:p>
      <w:r>
        <w:rPr>
          <w:b w:val="0"/>
          <w:sz w:val="20"/>
        </w:rPr>
        <w:t>This letter is intended to facilitate the introduced person's engagement in professional, business, or social interactions where such an introduction may assist in establishing trust and credibility. It is provided without any guarantee or warranty but based on my genuine knowledge of their character and conduct.</w:t>
      </w:r>
    </w:p>
    <w:p/>
    <w:p>
      <w:r>
        <w:rPr>
          <w:b/>
          <w:sz w:val="20"/>
        </w:rPr>
        <w:t>Character and Conduct:</w:t>
      </w:r>
    </w:p>
    <w:p>
      <w:r>
        <w:rPr>
          <w:b w:val="0"/>
          <w:sz w:val="20"/>
        </w:rPr>
        <w:t>To the best of my knowledge, the person introduced is of good character, trustworthy, and responsible. They have demonstrated integrity and professionalism in all interactions known to me. This letter is given in good faith and without prejudice.</w:t>
      </w:r>
    </w:p>
    <w:p/>
    <w:p>
      <w:r>
        <w:rPr>
          <w:b/>
          <w:sz w:val="20"/>
        </w:rPr>
        <w:t>Disclaimer:</w:t>
      </w:r>
    </w:p>
    <w:p>
      <w:r>
        <w:rPr>
          <w:b w:val="0"/>
          <w:sz w:val="20"/>
        </w:rPr>
        <w:t>This letter is provided for informational purposes only and does not constitute a legally binding contract or guarantee. It should be relied upon in conjunction with any other due diligence undertaken by the recipient. The introducer accepts no liability for any actions taken based on this letter.</w:t>
      </w:r>
    </w:p>
    <w:p/>
    <w:p>
      <w:r>
        <w:rPr>
          <w:b w:val="0"/>
          <w:sz w:val="20"/>
        </w:rPr>
        <w:t>Should you require any further information or clarification regarding the contents of this letter or the introduced person, please do not hesitate to contact me using the details provided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INTRODUCER</w:t>
            </w:r>
          </w:p>
        </w:tc>
        <w:tc>
          <w:tcPr>
            <w:tcW w:type="dxa" w:w="4986"/>
            <w:tcBorders>
              <w:top w:val="nil"/>
              <w:left w:val="nil"/>
              <w:bottom w:val="nil"/>
              <w:right w:val="nil"/>
              <w:insideH w:val="nil"/>
              <w:insideV w:val="nil"/>
            </w:tcBorders>
          </w:tcPr>
          <w:p>
            <w:pPr>
              <w:jc w:val="center"/>
            </w:pPr>
            <w:r>
              <w:t>INTRODUCED PERSON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Place of signature: ___________________________________________</w:t>
      </w:r>
    </w:p>
    <w:p>
      <w:r>
        <w:rPr>
          <w:b w:val="0"/>
          <w:sz w:val="20"/>
        </w:rPr>
        <w:t>Date of signature: 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https://docstemplates-uk.com/letter-of-introduction/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letter-of-introduction/"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