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MINOR WORKS CONTRACT</w:t>
      </w:r>
    </w:p>
    <w:p/>
    <w:p>
      <w:r>
        <w:rPr>
          <w:b/>
          <w:sz w:val="20"/>
        </w:rPr>
        <w:t>This Contract is made between:</w:t>
      </w:r>
    </w:p>
    <w:p>
      <w:r>
        <w:rPr>
          <w:b/>
          <w:sz w:val="20"/>
        </w:rPr>
        <w:t>Client:</w:t>
      </w:r>
    </w:p>
    <w:p>
      <w:r>
        <w:rPr>
          <w:b w:val="0"/>
          <w:sz w:val="20"/>
        </w:rPr>
        <w:t>Name: _______________________________________________________________</w:t>
      </w:r>
    </w:p>
    <w:p>
      <w:r>
        <w:rPr>
          <w:b w:val="0"/>
          <w:sz w:val="20"/>
        </w:rPr>
        <w:t>Address: ____________________________________________________________</w:t>
      </w:r>
    </w:p>
    <w:p>
      <w:r>
        <w:rPr>
          <w:b w:val="0"/>
          <w:sz w:val="20"/>
        </w:rPr>
        <w:t>Contact Number: _____________________________________________________</w:t>
      </w:r>
    </w:p>
    <w:p/>
    <w:p>
      <w:r>
        <w:rPr>
          <w:b/>
          <w:sz w:val="20"/>
        </w:rPr>
        <w:t>Contractor:</w:t>
      </w:r>
    </w:p>
    <w:p>
      <w:r>
        <w:rPr>
          <w:b w:val="0"/>
          <w:sz w:val="20"/>
        </w:rPr>
        <w:t>Name: _______________________________________________________________</w:t>
      </w:r>
    </w:p>
    <w:p>
      <w:r>
        <w:rPr>
          <w:b w:val="0"/>
          <w:sz w:val="20"/>
        </w:rPr>
        <w:t>Business Name (if applicable): _______________________________________</w:t>
      </w:r>
    </w:p>
    <w:p>
      <w:r>
        <w:rPr>
          <w:b w:val="0"/>
          <w:sz w:val="20"/>
        </w:rPr>
        <w:t>Address: ____________________________________________________________</w:t>
      </w:r>
    </w:p>
    <w:p>
      <w:r>
        <w:rPr>
          <w:b w:val="0"/>
          <w:sz w:val="20"/>
        </w:rPr>
        <w:t>Contact Number: _____________________________________________________</w:t>
      </w:r>
    </w:p>
    <w:p/>
    <w:p>
      <w:r>
        <w:rPr>
          <w:b/>
          <w:sz w:val="20"/>
        </w:rPr>
        <w:t>RECITALS</w:t>
      </w:r>
    </w:p>
    <w:p>
      <w:r>
        <w:rPr>
          <w:b w:val="0"/>
          <w:sz w:val="20"/>
        </w:rPr>
        <w:t>A. The Client wishes to carry out certain minor works at the property described below.</w:t>
      </w:r>
    </w:p>
    <w:p>
      <w:r>
        <w:rPr>
          <w:b w:val="0"/>
          <w:sz w:val="20"/>
        </w:rPr>
        <w:t>B. The Contractor has agreed to undertake and complete the Works as specified in this Contract.</w:t>
      </w:r>
    </w:p>
    <w:p/>
    <w:p>
      <w:r>
        <w:rPr>
          <w:b/>
          <w:sz w:val="20"/>
        </w:rPr>
        <w:t>1. Property Details</w:t>
      </w:r>
    </w:p>
    <w:p>
      <w:r>
        <w:rPr>
          <w:b w:val="0"/>
          <w:sz w:val="20"/>
        </w:rPr>
        <w:t>Address of Property where Works are to be carried out:</w:t>
      </w:r>
    </w:p>
    <w:p>
      <w:r>
        <w:rPr>
          <w:b w:val="0"/>
          <w:sz w:val="20"/>
        </w:rPr>
        <w:t>_______________________________________________________________</w:t>
      </w:r>
    </w:p>
    <w:p>
      <w:r>
        <w:rPr>
          <w:b w:val="0"/>
          <w:sz w:val="20"/>
        </w:rPr>
        <w:t>_______________________________________________________________</w:t>
      </w:r>
    </w:p>
    <w:p/>
    <w:p>
      <w:r>
        <w:rPr>
          <w:b/>
          <w:sz w:val="20"/>
        </w:rPr>
        <w:t>2. Scope of Works</w:t>
      </w:r>
    </w:p>
    <w:p>
      <w:r>
        <w:rPr>
          <w:b w:val="0"/>
          <w:sz w:val="20"/>
        </w:rPr>
        <w:t>The Contractor shall carry out the following minor works (the “Works”):</w:t>
      </w:r>
    </w:p>
    <w:p>
      <w:r>
        <w:rPr>
          <w:b w:val="0"/>
          <w:sz w:val="20"/>
        </w:rPr>
        <w:t>_________________________________________________________________</w:t>
      </w:r>
    </w:p>
    <w:p>
      <w:r>
        <w:rPr>
          <w:b w:val="0"/>
          <w:sz w:val="20"/>
        </w:rPr>
        <w:t>_________________________________________________________________</w:t>
      </w:r>
    </w:p>
    <w:p>
      <w:r>
        <w:rPr>
          <w:b w:val="0"/>
          <w:sz w:val="20"/>
        </w:rPr>
        <w:t>_________________________________________________________________</w:t>
      </w:r>
    </w:p>
    <w:p/>
    <w:p>
      <w:r>
        <w:rPr>
          <w:b/>
          <w:sz w:val="20"/>
        </w:rPr>
        <w:t>3. Contract Price and Payment</w:t>
      </w:r>
    </w:p>
    <w:p>
      <w:r>
        <w:rPr>
          <w:b w:val="0"/>
          <w:sz w:val="20"/>
        </w:rPr>
        <w:t>3.1 Contract Price:</w:t>
      </w:r>
    </w:p>
    <w:p>
      <w:r>
        <w:rPr>
          <w:b w:val="0"/>
          <w:sz w:val="20"/>
        </w:rPr>
        <w:t>The Client shall pay the Contractor the total sum of £________________ (the “Contract Price”) for the full completion of the Works.</w:t>
      </w:r>
    </w:p>
    <w:p>
      <w:r>
        <w:rPr>
          <w:b w:val="0"/>
          <w:sz w:val="20"/>
        </w:rPr>
        <w:t>3.2 Payment Terms:</w:t>
      </w:r>
    </w:p>
    <w:p>
      <w:r>
        <w:rPr>
          <w:b w:val="0"/>
          <w:sz w:val="20"/>
        </w:rPr>
        <w:t>Payment shall be made as follows:</w:t>
      </w:r>
    </w:p>
    <w:p>
      <w:r>
        <w:rPr>
          <w:b w:val="0"/>
          <w:sz w:val="20"/>
        </w:rPr>
        <w:t>- Deposit (if any): £________________ due upon signing of this Contract.</w:t>
      </w:r>
    </w:p>
    <w:p>
      <w:r>
        <w:rPr>
          <w:b w:val="0"/>
          <w:sz w:val="20"/>
        </w:rPr>
        <w:t>- Balance: £________________ due upon completion of the Works to the Client’s reasonable satisfaction.</w:t>
      </w:r>
    </w:p>
    <w:p/>
    <w:p>
      <w:r>
        <w:rPr>
          <w:b/>
          <w:sz w:val="20"/>
        </w:rPr>
        <w:t>4. Contract Period</w:t>
      </w:r>
    </w:p>
    <w:p>
      <w:r>
        <w:rPr>
          <w:b w:val="0"/>
          <w:sz w:val="20"/>
        </w:rPr>
        <w:t>The Contractor agrees to commence the Works on __________________ and to complete the Works within ________ working days, subject to any agreed extensions.</w:t>
      </w:r>
    </w:p>
    <w:p>
      <w:r>
        <w:rPr>
          <w:b w:val="0"/>
          <w:sz w:val="20"/>
        </w:rPr>
        <w:t>Time is of the essence with respect to the completion of the Works.</w:t>
      </w:r>
    </w:p>
    <w:p/>
    <w:p>
      <w:r>
        <w:rPr>
          <w:b/>
          <w:sz w:val="20"/>
        </w:rPr>
        <w:t>5. Obligations of the Contractor</w:t>
      </w:r>
    </w:p>
    <w:p>
      <w:r>
        <w:rPr>
          <w:b w:val="0"/>
          <w:sz w:val="20"/>
        </w:rPr>
        <w:t>5.1 The Contractor shall carry out the Works with reasonable care, skill, and diligence in accordance with best practices and applicable UK laws and regulations.</w:t>
      </w:r>
    </w:p>
    <w:p>
      <w:r>
        <w:rPr>
          <w:b w:val="0"/>
          <w:sz w:val="20"/>
        </w:rPr>
        <w:t>5.2 The Contractor shall ensure all materials used are of satisfactory quality and fit for purpose.</w:t>
      </w:r>
    </w:p>
    <w:p>
      <w:r>
        <w:rPr>
          <w:b w:val="0"/>
          <w:sz w:val="20"/>
        </w:rPr>
        <w:t>5.3 The Contractor shall obtain and maintain all necessary permits, approvals, and insurances required to perform the Works legally and safely.</w:t>
      </w:r>
    </w:p>
    <w:p>
      <w:r>
        <w:rPr>
          <w:b w:val="0"/>
          <w:sz w:val="20"/>
        </w:rPr>
        <w:t>5.4 The Contractor shall comply with all health and safety legislation relevant to the Works.</w:t>
      </w:r>
    </w:p>
    <w:p/>
    <w:p>
      <w:r>
        <w:rPr>
          <w:b/>
          <w:sz w:val="20"/>
        </w:rPr>
        <w:t>6. Obligations of the Client</w:t>
      </w:r>
    </w:p>
    <w:p>
      <w:r>
        <w:rPr>
          <w:b w:val="0"/>
          <w:sz w:val="20"/>
        </w:rPr>
        <w:t>6.1 The Client shall provide reasonable access to the property and any necessary utilities required for the performance of the Works.</w:t>
      </w:r>
    </w:p>
    <w:p>
      <w:r>
        <w:rPr>
          <w:b w:val="0"/>
          <w:sz w:val="20"/>
        </w:rPr>
        <w:t>6.2 The Client shall pay the Contract Price in accordance with clause 3 herein.</w:t>
      </w:r>
    </w:p>
    <w:p>
      <w:r>
        <w:rPr>
          <w:b w:val="0"/>
          <w:sz w:val="20"/>
        </w:rPr>
        <w:t>6.3 The Client shall provide any relevant information or instructions necessary for the Contractor to perform the Works.</w:t>
      </w:r>
    </w:p>
    <w:p/>
    <w:p>
      <w:r>
        <w:rPr>
          <w:b/>
          <w:sz w:val="20"/>
        </w:rPr>
        <w:t>7. Variations</w:t>
      </w:r>
    </w:p>
    <w:p>
      <w:r>
        <w:rPr>
          <w:b w:val="0"/>
          <w:sz w:val="20"/>
        </w:rPr>
        <w:t>Any changes or additions to the Works must be agreed in writing by both parties prior to commencement of such changes. Any variation may affect the Contract Price and/or the Contract Period.</w:t>
      </w:r>
    </w:p>
    <w:p/>
    <w:p>
      <w:r>
        <w:rPr>
          <w:b/>
          <w:sz w:val="20"/>
        </w:rPr>
        <w:t>8. Liability and Insurance</w:t>
      </w:r>
    </w:p>
    <w:p>
      <w:r>
        <w:rPr>
          <w:b w:val="0"/>
          <w:sz w:val="20"/>
        </w:rPr>
        <w:t>8.1 The Contractor shall maintain adequate public liability insurance and, where applicable, employer’s liability insurance covering all risks arising from the Works.</w:t>
      </w:r>
    </w:p>
    <w:p>
      <w:r>
        <w:rPr>
          <w:b w:val="0"/>
          <w:sz w:val="20"/>
        </w:rPr>
        <w:t>8.2 The Contractor shall be liable for any loss or damage caused by negligence or breach of contract in the performance of the Works.</w:t>
      </w:r>
    </w:p>
    <w:p>
      <w:r>
        <w:rPr>
          <w:b w:val="0"/>
          <w:sz w:val="20"/>
        </w:rPr>
        <w:t>8.3 The Client shall not be liable for any injury or damage sustained by the Contractor or its employees unless caused by the Client’s negligence or breach of statutory duty.</w:t>
      </w:r>
    </w:p>
    <w:p/>
    <w:p>
      <w:r>
        <w:rPr>
          <w:b/>
          <w:sz w:val="20"/>
        </w:rPr>
        <w:t>9. Defects and Warranty</w:t>
      </w:r>
    </w:p>
    <w:p>
      <w:r>
        <w:rPr>
          <w:b w:val="0"/>
          <w:sz w:val="20"/>
        </w:rPr>
        <w:t>9.1 The Contractor warrants that the Works shall be free from defects in workmanship and materials for a period of 6 months from the date of completion.</w:t>
      </w:r>
    </w:p>
    <w:p>
      <w:r>
        <w:rPr>
          <w:b w:val="0"/>
          <w:sz w:val="20"/>
        </w:rPr>
        <w:t>9.2 The Client shall notify the Contractor in writing of any defects promptly upon discovery.</w:t>
      </w:r>
    </w:p>
    <w:p>
      <w:r>
        <w:rPr>
          <w:b w:val="0"/>
          <w:sz w:val="20"/>
        </w:rPr>
        <w:t>9.3 The Contractor shall, at its own cost, remedy any defects notified during the warranty period within a reasonable time.</w:t>
      </w:r>
    </w:p>
    <w:p/>
    <w:p>
      <w:r>
        <w:rPr>
          <w:b/>
          <w:sz w:val="20"/>
        </w:rPr>
        <w:t>10. Termination</w:t>
      </w:r>
    </w:p>
    <w:p>
      <w:r>
        <w:rPr>
          <w:b w:val="0"/>
          <w:sz w:val="20"/>
        </w:rPr>
        <w:t>10.1 Either party may terminate this Contract by giving written notice if the other party commits a material breach and fails to remedy it within 14 days of notice.</w:t>
      </w:r>
    </w:p>
    <w:p>
      <w:r>
        <w:rPr>
          <w:b w:val="0"/>
          <w:sz w:val="20"/>
        </w:rPr>
        <w:t>10.2 The Client may terminate this Contract at any time by providing written notice, subject to payment for all Works performed to the date of termination.</w:t>
      </w:r>
    </w:p>
    <w:p/>
    <w:p>
      <w:r>
        <w:rPr>
          <w:b/>
          <w:sz w:val="20"/>
        </w:rPr>
        <w:t>11. Health and Safety</w:t>
      </w:r>
    </w:p>
    <w:p>
      <w:r>
        <w:rPr>
          <w:b w:val="0"/>
          <w:sz w:val="20"/>
        </w:rPr>
        <w:t>The Contractor shall comply with all applicable health and safety laws and regulations and shall take all reasonable steps to ensure the safety of persons on site.</w:t>
      </w:r>
    </w:p>
    <w:p/>
    <w:p>
      <w:r>
        <w:rPr>
          <w:b/>
          <w:sz w:val="20"/>
        </w:rPr>
        <w:t>12. Access and Site Conditions</w:t>
      </w:r>
    </w:p>
    <w:p>
      <w:r>
        <w:rPr>
          <w:b w:val="0"/>
          <w:sz w:val="20"/>
        </w:rPr>
        <w:t>The Client shall ensure that the site is safe and accessible for the Contractor to carry out the Works. The Client shall notify the Contractor of any hazards or restrictions affecting the site.</w:t>
      </w:r>
    </w:p>
    <w:p/>
    <w:p>
      <w:r>
        <w:rPr>
          <w:b/>
          <w:sz w:val="20"/>
        </w:rPr>
        <w:t>13. Dispute Resolution</w:t>
      </w:r>
    </w:p>
    <w:p>
      <w:r>
        <w:rPr>
          <w:b w:val="0"/>
          <w:sz w:val="20"/>
        </w:rPr>
        <w:t>Any dispute arising out of or in connection with this Contract shall be resolved initially by negotiation between the parties. If unresolved, the dispute shall be referred to mediation before commencing litigation or arbitration.</w:t>
      </w:r>
    </w:p>
    <w:p/>
    <w:p>
      <w:r>
        <w:rPr>
          <w:b/>
          <w:sz w:val="20"/>
        </w:rPr>
        <w:t>14. Governing Law and Jurisdiction</w:t>
      </w:r>
    </w:p>
    <w:p>
      <w:r>
        <w:rPr>
          <w:b w:val="0"/>
          <w:sz w:val="20"/>
        </w:rPr>
        <w:t>This Contract shall be governed by and construed in accordance with the laws of England and Wales. The parties submit to the exclusive jurisdiction of the courts of England and Wales.</w:t>
      </w:r>
    </w:p>
    <w:p/>
    <w:p>
      <w:r>
        <w:rPr>
          <w:b/>
          <w:sz w:val="20"/>
        </w:rPr>
        <w:t>15. Entire Agreement</w:t>
      </w:r>
    </w:p>
    <w:p>
      <w:r>
        <w:rPr>
          <w:b w:val="0"/>
          <w:sz w:val="20"/>
        </w:rPr>
        <w:t>This Contract constitutes the entire agreement between the parties relating to its subject matter and supersedes all prior agreements, understandings, and communications, whether written or oral.</w:t>
      </w:r>
    </w:p>
    <w:p/>
    <w:p>
      <w:r>
        <w:rPr>
          <w:b/>
          <w:sz w:val="20"/>
        </w:rPr>
        <w:t>16. Severability</w:t>
      </w:r>
    </w:p>
    <w:p>
      <w:r>
        <w:rPr>
          <w:b w:val="0"/>
          <w:sz w:val="20"/>
        </w:rPr>
        <w:t>If any provision of this Contract is held to be invalid or unenforceable, the remaining provisions shall continue in full force and effect.</w:t>
      </w:r>
    </w:p>
    <w:p/>
    <w:p>
      <w:r>
        <w:rPr>
          <w:b/>
          <w:sz w:val="20"/>
        </w:rPr>
        <w:t>17. Notices</w:t>
      </w:r>
    </w:p>
    <w:p>
      <w:r>
        <w:rPr>
          <w:b w:val="0"/>
          <w:sz w:val="20"/>
        </w:rPr>
        <w:t>Any notice or communication under this Contract shall be in writing and delivered by hand, sent by post or email to the addresses stated herein or as otherwise notified in writing.</w:t>
      </w:r>
    </w:p>
    <w:p/>
    <w:p/>
    <w:p>
      <w:r>
        <w:rPr>
          <w:b w:val="0"/>
          <w:sz w:val="20"/>
        </w:rPr>
        <w:t>Place of signature: 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https://docstemplates-uk.com/minor-works-contract/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minor-works-contrac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