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TERMINATION OF EMPLOYMENT</w:t>
      </w:r>
    </w:p>
    <w:p/>
    <w:p/>
    <w:p>
      <w:r>
        <w:rPr>
          <w:b/>
          <w:sz w:val="20"/>
        </w:rPr>
        <w:t>To:</w:t>
      </w:r>
    </w:p>
    <w:p>
      <w:r>
        <w:rPr>
          <w:b w:val="0"/>
          <w:sz w:val="20"/>
        </w:rPr>
        <w:t>Name: ____________________________________________________________</w:t>
      </w:r>
    </w:p>
    <w:p>
      <w:r>
        <w:rPr>
          <w:b w:val="0"/>
          <w:sz w:val="20"/>
        </w:rPr>
        <w:t>Position: __________________________________________________________</w:t>
      </w:r>
    </w:p>
    <w:p>
      <w:r>
        <w:rPr>
          <w:b w:val="0"/>
          <w:sz w:val="20"/>
        </w:rPr>
        <w:t>Company: __________________________________________________________</w:t>
      </w:r>
    </w:p>
    <w:p>
      <w:r>
        <w:rPr>
          <w:b w:val="0"/>
          <w:sz w:val="20"/>
        </w:rPr>
        <w:t>Address: ___________________________________________________________</w:t>
      </w:r>
    </w:p>
    <w:p/>
    <w:p>
      <w:r>
        <w:rPr>
          <w:b/>
          <w:sz w:val="20"/>
        </w:rPr>
        <w:t>From:</w:t>
      </w:r>
    </w:p>
    <w:p>
      <w:r>
        <w:rPr>
          <w:b w:val="0"/>
          <w:sz w:val="20"/>
        </w:rPr>
        <w:t>Name: ____________________________________________________________</w:t>
      </w:r>
    </w:p>
    <w:p>
      <w:r>
        <w:rPr>
          <w:b w:val="0"/>
          <w:sz w:val="20"/>
        </w:rPr>
        <w:t>Position (if applicable): ___________________________________________</w:t>
      </w:r>
    </w:p>
    <w:p>
      <w:r>
        <w:rPr>
          <w:b w:val="0"/>
          <w:sz w:val="20"/>
        </w:rPr>
        <w:t>Address: ___________________________________________________________</w:t>
      </w:r>
    </w:p>
    <w:p>
      <w:r>
        <w:rPr>
          <w:b w:val="0"/>
          <w:sz w:val="20"/>
        </w:rPr>
        <w:t>Email: _____________________________________________________________</w:t>
      </w:r>
    </w:p>
    <w:p/>
    <w:p/>
    <w:p>
      <w:r>
        <w:rPr>
          <w:b/>
          <w:sz w:val="20"/>
        </w:rPr>
        <w:t>Subject: Notice of Termination of Employment</w:t>
      </w:r>
    </w:p>
    <w:p/>
    <w:p/>
    <w:p>
      <w:r>
        <w:rPr>
          <w:b w:val="0"/>
          <w:sz w:val="20"/>
        </w:rPr>
        <w:t>Dear Sir/Madam,</w:t>
      </w:r>
    </w:p>
    <w:p/>
    <w:p>
      <w:r>
        <w:rPr>
          <w:b w:val="0"/>
          <w:sz w:val="20"/>
        </w:rPr>
        <w:t>I hereby give you formal notice of termination of my employment with your company. This notice is provided in accordance with the terms and conditions of my employment contract and applicable UK employment law.</w:t>
      </w:r>
    </w:p>
    <w:p/>
    <w:p/>
    <w:p>
      <w:r>
        <w:rPr>
          <w:b/>
          <w:sz w:val="20"/>
        </w:rPr>
        <w:t>Employment Details:</w:t>
      </w:r>
    </w:p>
    <w:p>
      <w:r>
        <w:rPr>
          <w:b w:val="0"/>
          <w:sz w:val="20"/>
        </w:rPr>
        <w:t>Employee Name: ________________________________________________</w:t>
      </w:r>
    </w:p>
    <w:p>
      <w:r>
        <w:rPr>
          <w:b w:val="0"/>
          <w:sz w:val="20"/>
        </w:rPr>
        <w:t>Job Title: _____________________________________________________</w:t>
      </w:r>
    </w:p>
    <w:p>
      <w:r>
        <w:rPr>
          <w:b w:val="0"/>
          <w:sz w:val="20"/>
        </w:rPr>
        <w:t>Department: ___________________________________________________</w:t>
      </w:r>
    </w:p>
    <w:p>
      <w:r>
        <w:rPr>
          <w:b w:val="0"/>
          <w:sz w:val="20"/>
        </w:rPr>
        <w:t>Start Date of Employment: _______________________________________</w:t>
      </w:r>
    </w:p>
    <w:p>
      <w:r>
        <w:rPr>
          <w:b w:val="0"/>
          <w:sz w:val="20"/>
        </w:rPr>
        <w:t>Contract Type: _________________________________________________</w:t>
      </w:r>
    </w:p>
    <w:p/>
    <w:p>
      <w:r>
        <w:rPr>
          <w:b/>
          <w:sz w:val="20"/>
        </w:rPr>
        <w:t>Notice Period:</w:t>
      </w:r>
    </w:p>
    <w:p>
      <w:r>
        <w:rPr>
          <w:b w:val="0"/>
          <w:sz w:val="20"/>
        </w:rPr>
        <w:t>In accordance with my employment contract and UK statutory requirements, I am providing the following notice period:</w:t>
      </w:r>
    </w:p>
    <w:p>
      <w:r>
        <w:rPr>
          <w:b w:val="0"/>
          <w:sz w:val="20"/>
        </w:rPr>
        <w:t>Length of Notice Period: _______________________________________</w:t>
      </w:r>
    </w:p>
    <w:p>
      <w:r>
        <w:rPr>
          <w:b w:val="0"/>
          <w:sz w:val="20"/>
        </w:rPr>
        <w:t>Start Date of Notice Period: ___________________________________</w:t>
      </w:r>
    </w:p>
    <w:p>
      <w:r>
        <w:rPr>
          <w:b w:val="0"/>
          <w:sz w:val="20"/>
        </w:rPr>
        <w:t>Last Working Day: _____________________________________________</w:t>
      </w:r>
    </w:p>
    <w:p/>
    <w:p>
      <w:r>
        <w:rPr>
          <w:b/>
          <w:sz w:val="20"/>
        </w:rPr>
        <w:t>Reason for Termination:</w:t>
      </w:r>
    </w:p>
    <w:p>
      <w:r>
        <w:rPr>
          <w:b w:val="0"/>
          <w:sz w:val="20"/>
        </w:rPr>
        <w:t>The reason for this notice of termination is (tick one):</w:t>
      </w:r>
    </w:p>
    <w:p>
      <w:r>
        <w:rPr>
          <w:b w:val="0"/>
          <w:sz w:val="20"/>
        </w:rPr>
        <w:t>[  ] Resignation by Employee</w:t>
      </w:r>
    </w:p>
    <w:p>
      <w:r>
        <w:rPr>
          <w:b w:val="0"/>
          <w:sz w:val="20"/>
        </w:rPr>
        <w:t>[  ] Termination by Employer</w:t>
      </w:r>
    </w:p>
    <w:p>
      <w:r>
        <w:rPr>
          <w:b w:val="0"/>
          <w:sz w:val="20"/>
        </w:rPr>
        <w:t>[  ] Mutual Agreement</w:t>
      </w:r>
    </w:p>
    <w:p>
      <w:r>
        <w:rPr>
          <w:b w:val="0"/>
          <w:sz w:val="20"/>
        </w:rPr>
        <w:t>[  ] Other (please specify): __________________________________</w:t>
      </w:r>
    </w:p>
    <w:p/>
    <w:p>
      <w:r>
        <w:rPr>
          <w:b/>
          <w:sz w:val="20"/>
        </w:rPr>
        <w:t>Obligations During Notice Period:</w:t>
      </w:r>
    </w:p>
    <w:p>
      <w:r>
        <w:rPr>
          <w:b w:val="0"/>
          <w:sz w:val="20"/>
        </w:rPr>
        <w:t>During the notice period, I will continue to perform my duties and responsibilities to the best of my ability and comply with all company policies and procedures.</w:t>
      </w:r>
    </w:p>
    <w:p>
      <w:r>
        <w:rPr>
          <w:b w:val="0"/>
          <w:sz w:val="20"/>
        </w:rPr>
        <w:t>I understand that the employer may require me to:</w:t>
      </w:r>
    </w:p>
    <w:p>
      <w:r>
        <w:rPr>
          <w:b w:val="0"/>
          <w:sz w:val="20"/>
        </w:rPr>
        <w:t>- Work my full notice period</w:t>
      </w:r>
    </w:p>
    <w:p>
      <w:r>
        <w:rPr>
          <w:b w:val="0"/>
          <w:sz w:val="20"/>
        </w:rPr>
        <w:t>- Waive part or all of the notice period (garden leave)</w:t>
      </w:r>
    </w:p>
    <w:p>
      <w:r>
        <w:rPr>
          <w:b w:val="0"/>
          <w:sz w:val="20"/>
        </w:rPr>
        <w:t>- Take accrued holiday entitlement during the notice period</w:t>
      </w:r>
    </w:p>
    <w:p/>
    <w:p>
      <w:r>
        <w:rPr>
          <w:b/>
          <w:sz w:val="20"/>
        </w:rPr>
        <w:t>Final Pay and Benefits:</w:t>
      </w:r>
    </w:p>
    <w:p>
      <w:r>
        <w:rPr>
          <w:b w:val="0"/>
          <w:sz w:val="20"/>
        </w:rPr>
        <w:t>I understand that my final salary payment, including any outstanding holiday pay, bonuses, or other entitlements, will be processed in accordance with company policy and statutory requirements.</w:t>
      </w:r>
    </w:p>
    <w:p/>
    <w:p>
      <w:r>
        <w:rPr>
          <w:b/>
          <w:sz w:val="20"/>
        </w:rPr>
        <w:t>Return of Company Property:</w:t>
      </w:r>
    </w:p>
    <w:p>
      <w:r>
        <w:rPr>
          <w:b w:val="0"/>
          <w:sz w:val="20"/>
        </w:rPr>
        <w:t>I acknowledge that all company property including, but not limited to, documents, equipment, keys, access cards, and electronic devices, must be returned on or before my last working day.</w:t>
      </w:r>
    </w:p>
    <w:p/>
    <w:p>
      <w:r>
        <w:rPr>
          <w:b/>
          <w:sz w:val="20"/>
        </w:rPr>
        <w:t>Confidentiality and Post-Termination Obligations:</w:t>
      </w:r>
    </w:p>
    <w:p>
      <w:r>
        <w:rPr>
          <w:b w:val="0"/>
          <w:sz w:val="20"/>
        </w:rPr>
        <w:t>I confirm that I will continue to comply with any confidentiality, non-disclosure, non-compete, and other post-termination obligations as set out in my employment contract or any applicable agreements.</w:t>
      </w:r>
    </w:p>
    <w:p/>
    <w:p>
      <w:r>
        <w:rPr>
          <w:b/>
          <w:sz w:val="20"/>
        </w:rPr>
        <w:t>Contact Details Following Termination:</w:t>
      </w:r>
    </w:p>
    <w:p>
      <w:r>
        <w:rPr>
          <w:b w:val="0"/>
          <w:sz w:val="20"/>
        </w:rPr>
        <w:t>Please send any future correspondence, including P45 and other relevant documents, to the following address or email:</w:t>
      </w:r>
    </w:p>
    <w:p>
      <w:r>
        <w:rPr>
          <w:b w:val="0"/>
          <w:sz w:val="20"/>
        </w:rPr>
        <w:t>Address: ___________________________________________________________</w:t>
      </w:r>
    </w:p>
    <w:p>
      <w:r>
        <w:rPr>
          <w:b w:val="0"/>
          <w:sz w:val="20"/>
        </w:rPr>
        <w:t>Email: _____________________________________________________________</w:t>
      </w:r>
    </w:p>
    <w:p/>
    <w:p>
      <w:r>
        <w:rPr>
          <w:b w:val="0"/>
          <w:sz w:val="20"/>
        </w:rPr>
        <w:t>I would like to take this opportunity to thank the company for the experience and opportunities provided during my employment.</w:t>
      </w:r>
    </w:p>
    <w:p/>
    <w:p>
      <w:r>
        <w:rPr>
          <w:b w:val="0"/>
          <w:sz w:val="20"/>
        </w:rPr>
        <w:t>Yours faithfully,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https://docstemplates-uk.com/notice-period-letter/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notice-period-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