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PARKING TICKET APPEAL LETTER</w:t>
      </w:r>
    </w:p>
    <w:p/>
    <w:p>
      <w:r>
        <w:rPr>
          <w:b/>
          <w:sz w:val="20"/>
        </w:rPr>
        <w:t>To:</w:t>
      </w:r>
    </w:p>
    <w:p>
      <w:r>
        <w:rPr>
          <w:b w:val="0"/>
          <w:sz w:val="20"/>
        </w:rPr>
        <w:t>Parking Violations Office</w:t>
      </w:r>
    </w:p>
    <w:p>
      <w:r>
        <w:rPr>
          <w:b w:val="0"/>
          <w:sz w:val="20"/>
        </w:rPr>
        <w:t>Local Authority Name: ___________________________________________</w:t>
      </w:r>
    </w:p>
    <w:p>
      <w:r>
        <w:rPr>
          <w:b w:val="0"/>
          <w:sz w:val="20"/>
        </w:rPr>
        <w:t>Address: ________________________________________________________</w:t>
      </w:r>
    </w:p>
    <w:p>
      <w:r>
        <w:rPr>
          <w:b w:val="0"/>
          <w:sz w:val="20"/>
        </w:rPr>
        <w:t>City: ___________________ Postcode: ____________________________</w:t>
      </w:r>
    </w:p>
    <w:p/>
    <w:p/>
    <w:p>
      <w:r>
        <w:rPr>
          <w:b/>
          <w:sz w:val="20"/>
        </w:rPr>
        <w:t>From:</w:t>
      </w:r>
    </w:p>
    <w:p>
      <w:r>
        <w:rPr>
          <w:b w:val="0"/>
          <w:sz w:val="20"/>
        </w:rPr>
        <w:t>Full Name: ______________________________________________________</w:t>
      </w:r>
    </w:p>
    <w:p>
      <w:r>
        <w:rPr>
          <w:b w:val="0"/>
          <w:sz w:val="20"/>
        </w:rPr>
        <w:t>Address: ________________________________________________________</w:t>
      </w:r>
    </w:p>
    <w:p>
      <w:r>
        <w:rPr>
          <w:b w:val="0"/>
          <w:sz w:val="20"/>
        </w:rPr>
        <w:t>City: ___________________ Postcode: ____________________________</w:t>
      </w:r>
    </w:p>
    <w:p>
      <w:r>
        <w:rPr>
          <w:b w:val="0"/>
          <w:sz w:val="20"/>
        </w:rPr>
        <w:t>Email: __________________________________________________________</w:t>
      </w:r>
    </w:p>
    <w:p>
      <w:r>
        <w:rPr>
          <w:b w:val="0"/>
          <w:sz w:val="20"/>
        </w:rPr>
        <w:t>Telephone: ______________________________________________________</w:t>
      </w:r>
    </w:p>
    <w:p/>
    <w:p/>
    <w:p>
      <w:r>
        <w:rPr>
          <w:b/>
          <w:sz w:val="20"/>
        </w:rPr>
        <w:t>Subject:</w:t>
      </w:r>
    </w:p>
    <w:p>
      <w:r>
        <w:rPr>
          <w:b w:val="0"/>
          <w:sz w:val="20"/>
        </w:rPr>
        <w:t>Appeal Against Parking Ticket Number: ___________________________</w:t>
      </w:r>
    </w:p>
    <w:p>
      <w:r>
        <w:rPr>
          <w:b w:val="0"/>
          <w:sz w:val="20"/>
        </w:rPr>
        <w:t>Vehicle Registration Number: _____________________________________</w:t>
      </w:r>
    </w:p>
    <w:p/>
    <w:p/>
    <w:p>
      <w:r>
        <w:rPr>
          <w:b w:val="0"/>
          <w:sz w:val="20"/>
        </w:rPr>
        <w:t>Dear Sir or Madam,</w:t>
      </w:r>
    </w:p>
    <w:p/>
    <w:p>
      <w:r>
        <w:rPr>
          <w:b w:val="0"/>
          <w:sz w:val="20"/>
        </w:rPr>
        <w:t>I am writing to formally challenge the issuance of the above-referenced parking ticket. I believe that the penalty charge has been incorrectly applied and hereby submit my grounds for appeal below.</w:t>
      </w:r>
    </w:p>
    <w:p/>
    <w:p>
      <w:r>
        <w:rPr>
          <w:b/>
          <w:sz w:val="22"/>
        </w:rPr>
        <w:t>Grounds for Appeal:</w:t>
      </w:r>
    </w:p>
    <w:p/>
    <w:p>
      <w:r>
        <w:rPr>
          <w:b/>
          <w:sz w:val="20"/>
        </w:rPr>
        <w:t>1. Incorrect or unclear signage:</w:t>
      </w:r>
    </w:p>
    <w:p>
      <w:r>
        <w:rPr>
          <w:b w:val="0"/>
          <w:sz w:val="20"/>
        </w:rPr>
        <w:t>The parking restrictions were not clearly indicated at the location where the ticket was issued. Signage was either absent, obscured, or misleading, failing to comply with statutory requirements under the Traffic Signs Regulations and General Directions 2016.</w:t>
      </w:r>
    </w:p>
    <w:p/>
    <w:p>
      <w:r>
        <w:rPr>
          <w:b/>
          <w:sz w:val="20"/>
        </w:rPr>
        <w:t>2. Valid Permit or Exemption:</w:t>
      </w:r>
    </w:p>
    <w:p>
      <w:r>
        <w:rPr>
          <w:b w:val="0"/>
          <w:sz w:val="20"/>
        </w:rPr>
        <w:t>At the time of the alleged contravention, a valid parking permit or exemption was held and clearly displayed in the vehicle, in accordance with the terms set out by the local authority.</w:t>
      </w:r>
    </w:p>
    <w:p/>
    <w:p>
      <w:r>
        <w:rPr>
          <w:b/>
          <w:sz w:val="20"/>
        </w:rPr>
        <w:t>3. Vehicle was not parked in contravention:</w:t>
      </w:r>
    </w:p>
    <w:p>
      <w:r>
        <w:rPr>
          <w:b w:val="0"/>
          <w:sz w:val="20"/>
        </w:rPr>
        <w:t>The vehicle was not parked illegally or was stationary for reasons beyond control, such as an emergency, mechanical failure, or while loading/unloading within permitted limits.</w:t>
      </w:r>
    </w:p>
    <w:p/>
    <w:p>
      <w:r>
        <w:rPr>
          <w:b/>
          <w:sz w:val="20"/>
        </w:rPr>
        <w:t>4. Procedural or administrative errors:</w:t>
      </w:r>
    </w:p>
    <w:p>
      <w:r>
        <w:rPr>
          <w:b w:val="0"/>
          <w:sz w:val="20"/>
        </w:rPr>
        <w:t>The penalty charge notice contains errors such as incorrect vehicle details, date, time, or location, which render the notice invalid under the Traffic Management Act 2004.</w:t>
      </w:r>
    </w:p>
    <w:p/>
    <w:p>
      <w:r>
        <w:rPr>
          <w:b/>
          <w:sz w:val="20"/>
        </w:rPr>
        <w:t>5. Extenuating circumstances:</w:t>
      </w:r>
    </w:p>
    <w:p>
      <w:r>
        <w:rPr>
          <w:b w:val="0"/>
          <w:sz w:val="20"/>
        </w:rPr>
        <w:t>Exceptional circumstances prevented compliance with parking restrictions. Supporting evidence such as medical emergencies or unavoidable delays can be provided.</w:t>
      </w:r>
    </w:p>
    <w:p/>
    <w:p>
      <w:r>
        <w:rPr>
          <w:b/>
          <w:sz w:val="22"/>
        </w:rPr>
        <w:t>Supporting Evidence:</w:t>
      </w:r>
    </w:p>
    <w:p>
      <w:r>
        <w:rPr>
          <w:b w:val="0"/>
          <w:sz w:val="20"/>
        </w:rPr>
        <w:t>I attach copies of evidence supporting my appeal, including but not limited to photographs, witness statements, permits, receipts, or any relevant documentation.</w:t>
      </w:r>
    </w:p>
    <w:p/>
    <w:p/>
    <w:p>
      <w:r>
        <w:rPr>
          <w:b/>
          <w:sz w:val="22"/>
        </w:rPr>
        <w:t>Legal Basis for Appeal:</w:t>
      </w:r>
    </w:p>
    <w:p>
      <w:r>
        <w:rPr>
          <w:b w:val="0"/>
          <w:sz w:val="20"/>
        </w:rPr>
        <w:t>This appeal is made pursuant to the provisions of the Traffic Management Act 2004 and associated regulations governing civil enforcement of parking contraventions in England and Wales. I request that the penalty charge notice be reviewed in light of the facts and evidence provided, and that the charge be cancelled accordingly.</w:t>
      </w:r>
    </w:p>
    <w:p/>
    <w:p/>
    <w:p>
      <w:r>
        <w:rPr>
          <w:b w:val="0"/>
          <w:sz w:val="20"/>
        </w:rPr>
        <w:t>I trust that this appeal will be considered fairly and in accordance with the law. Please confirm receipt of this letter and advise on the outcome of the appeal at your earliest convenience.</w:t>
      </w:r>
    </w:p>
    <w:p/>
    <w:p/>
    <w:p>
      <w:r>
        <w:rPr>
          <w:b w:val="0"/>
          <w:sz w:val="20"/>
        </w:rPr>
        <w:t>Yours faithfully,</w:t>
      </w:r>
    </w:p>
    <w:p/>
    <w:p/>
    <w:p/>
    <w:p>
      <w:r>
        <w:rPr>
          <w:b w:val="0"/>
          <w:sz w:val="20"/>
        </w:rPr>
        <w:t>Signature: _____________________________________</w:t>
      </w:r>
    </w:p>
    <w:p>
      <w:r>
        <w:rPr>
          <w:b w:val="0"/>
          <w:sz w:val="20"/>
        </w:rPr>
        <w:t>Name: ________________________________________</w:t>
      </w:r>
    </w:p>
    <w:p/>
    <w:p/>
    <w:p>
      <w:r>
        <w:rPr>
          <w:b w:val="0"/>
          <w:sz w:val="20"/>
        </w:rPr>
        <w:t>Date: _________________________________________</w:t>
      </w:r>
    </w:p>
    <w:p/>
    <w:p/>
    <w:p>
      <w:r>
        <w:rPr>
          <w:b/>
          <w:sz w:val="20"/>
        </w:rPr>
        <w:t>Notes:</w:t>
      </w:r>
    </w:p>
    <w:p>
      <w:r>
        <w:rPr>
          <w:b w:val="0"/>
          <w:sz w:val="20"/>
        </w:rPr>
        <w:t>- Please retain a copy of this letter and all supporting documents for your records.</w:t>
      </w:r>
    </w:p>
    <w:p>
      <w:r>
        <w:rPr>
          <w:b w:val="0"/>
          <w:sz w:val="20"/>
        </w:rPr>
        <w:t>- If you require further information, please contact me using the details above.</w:t>
      </w:r>
    </w:p>
    <w:p/>
    <w:p/>
    <w:p>
      <w:r>
        <w:br w:type="page"/>
      </w:r>
    </w:p>
    <w:p>
      <w:pPr>
        <w:jc w:val="center"/>
      </w:pPr>
      <w:r>
        <w:rPr>
          <w:color w:val="555555"/>
          <w:sz w:val="24"/>
        </w:rPr>
        <w:t>Original source of this document:</w:t>
      </w:r>
    </w:p>
    <w:p>
      <w:pPr>
        <w:jc w:val="center"/>
      </w:pPr>
      <w:hyperlink r:id="rId9">
        <w:r>
          <w:rPr>
            <w:color w:val="0000FF"/>
            <w:u w:val="single"/>
          </w:rPr>
          <w:t>https://docstemplates-uk.com/parking-ticket-appeal-letter/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parking-ticket-appeal-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