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CONFIRMATION OF SUCCESSFUL PROBATION</w:t>
      </w:r>
    </w:p>
    <w:p/>
    <w:p/>
    <w:p>
      <w:r>
        <w:rPr>
          <w:b/>
          <w:sz w:val="20"/>
        </w:rPr>
        <w:t>To:</w:t>
      </w:r>
    </w:p>
    <w:p>
      <w:r>
        <w:rPr>
          <w:b w:val="0"/>
          <w:sz w:val="20"/>
        </w:rPr>
        <w:t>Employee Name: ____________________________________________________________</w:t>
      </w:r>
    </w:p>
    <w:p>
      <w:r>
        <w:rPr>
          <w:b w:val="0"/>
          <w:sz w:val="20"/>
        </w:rPr>
        <w:t>Employee Address: _________________________________________________________</w:t>
      </w:r>
    </w:p>
    <w:p/>
    <w:p>
      <w:r>
        <w:rPr>
          <w:b w:val="0"/>
          <w:sz w:val="20"/>
        </w:rPr>
        <w:t>Dear ________________________________,</w:t>
      </w:r>
    </w:p>
    <w:p/>
    <w:p>
      <w:r>
        <w:rPr>
          <w:b w:val="0"/>
          <w:sz w:val="20"/>
        </w:rPr>
        <w:t>We are pleased to confirm that you have successfully completed your probationary period with our company. This letter serves to confirm your continued employment under the terms and conditions outlined in your original contract.</w:t>
      </w:r>
    </w:p>
    <w:p/>
    <w:p>
      <w:r>
        <w:rPr>
          <w:b/>
          <w:sz w:val="20"/>
        </w:rPr>
        <w:t>1. Confirmation of Employment</w:t>
      </w:r>
    </w:p>
    <w:p>
      <w:r>
        <w:rPr>
          <w:b w:val="0"/>
          <w:sz w:val="20"/>
        </w:rPr>
        <w:t>Your probation period, which commenced on ____________________, has now ended. Having reviewed your performance, conduct, and suitability for the role, we are satisfied and pleased to confirm your employment as a permanent employee of the company.</w:t>
      </w:r>
    </w:p>
    <w:p/>
    <w:p>
      <w:r>
        <w:rPr>
          <w:b/>
          <w:sz w:val="20"/>
        </w:rPr>
        <w:t>2. Role and Responsibilities</w:t>
      </w:r>
    </w:p>
    <w:p>
      <w:r>
        <w:rPr>
          <w:b w:val="0"/>
          <w:sz w:val="20"/>
        </w:rPr>
        <w:t>Your job title will continue to be: _________________________________________. Your duties and responsibilities will remain as stated in your contract unless otherwise agreed in writing.</w:t>
      </w:r>
    </w:p>
    <w:p/>
    <w:p>
      <w:r>
        <w:rPr>
          <w:b/>
          <w:sz w:val="20"/>
        </w:rPr>
        <w:t>3. Terms and Conditions</w:t>
      </w:r>
    </w:p>
    <w:p>
      <w:r>
        <w:rPr>
          <w:b w:val="0"/>
          <w:sz w:val="20"/>
        </w:rPr>
        <w:t>All terms and conditions of your employment contract, including salary, benefits, working hours, and notice periods, remain unchanged unless we notify you in writing of any amendments.</w:t>
      </w:r>
    </w:p>
    <w:p/>
    <w:p>
      <w:r>
        <w:rPr>
          <w:b/>
          <w:sz w:val="20"/>
        </w:rPr>
        <w:t>4. Performance and Conduct</w:t>
      </w:r>
    </w:p>
    <w:p>
      <w:r>
        <w:rPr>
          <w:b w:val="0"/>
          <w:sz w:val="20"/>
        </w:rPr>
        <w:t>We expect you to continue to perform your duties to the standards demonstrated during your probation. Any future concerns regarding performance or conduct will be addressed according to the company’s disciplinary procedures.</w:t>
      </w:r>
    </w:p>
    <w:p/>
    <w:p>
      <w:r>
        <w:rPr>
          <w:b/>
          <w:sz w:val="20"/>
        </w:rPr>
        <w:t>5. Probation Review Outcome</w:t>
      </w:r>
    </w:p>
    <w:p>
      <w:r>
        <w:rPr>
          <w:b w:val="0"/>
          <w:sz w:val="20"/>
        </w:rPr>
        <w:t>This confirmation reflects our confidence in your abilities and commitment. We appreciate your contributions and look forward to your ongoing success within the company.</w:t>
      </w:r>
    </w:p>
    <w:p/>
    <w:p>
      <w:r>
        <w:rPr>
          <w:b/>
          <w:sz w:val="20"/>
        </w:rPr>
        <w:t>6. Confidentiality and Data Protection</w:t>
      </w:r>
    </w:p>
    <w:p>
      <w:r>
        <w:rPr>
          <w:b w:val="0"/>
          <w:sz w:val="20"/>
        </w:rPr>
        <w:t>Please continue to adhere to all company policies regarding confidentiality and data protection. Any breaches may result in disciplinary action.</w:t>
      </w:r>
    </w:p>
    <w:p/>
    <w:p>
      <w:r>
        <w:rPr>
          <w:b/>
          <w:sz w:val="20"/>
        </w:rPr>
        <w:t>7. Termination of Employment</w:t>
      </w:r>
    </w:p>
    <w:p>
      <w:r>
        <w:rPr>
          <w:b w:val="0"/>
          <w:sz w:val="20"/>
        </w:rPr>
        <w:t>Your employment remains subject to the notice provisions set out in your contract and applicable UK employment law. Either party may terminate the employment by providing the required notice in writing.</w:t>
      </w:r>
    </w:p>
    <w:p/>
    <w:p>
      <w:r>
        <w:rPr>
          <w:b/>
          <w:sz w:val="20"/>
        </w:rPr>
        <w:t>8. Governing Law</w:t>
      </w:r>
    </w:p>
    <w:p>
      <w:r>
        <w:rPr>
          <w:b w:val="0"/>
          <w:sz w:val="20"/>
        </w:rPr>
        <w:t>This letter and your employment contract are governed by and construed in accordance with the laws of England and Wales. Any disputes arising under or in connection with your employment shall be subject to the exclusive jurisdiction of the courts of England and Wales.</w:t>
      </w:r>
    </w:p>
    <w:p/>
    <w:p/>
    <w:p>
      <w:r>
        <w:rPr>
          <w:b w:val="0"/>
          <w:sz w:val="20"/>
        </w:rPr>
        <w:t>Please sign below to acknowledge your receipt and acceptance of this confirmation.</w:t>
      </w:r>
    </w:p>
    <w:p/>
    <w:p/>
    <w:p/>
    <w:p>
      <w:r>
        <w:rPr>
          <w:b w:val="0"/>
          <w:sz w:val="20"/>
        </w:rPr>
        <w:t>Place: _______________________________    Date: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FOR AND ON BEHALF OF THE COMPANY</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Position: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https://docstemplates-uk.com/passed-probation-letter/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passed-probation-letter/"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