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PENALTY CHARGE NOTICE APPEAL LETTER</w:t>
      </w:r>
    </w:p>
    <w:p/>
    <w:p/>
    <w:p>
      <w:r>
        <w:rPr>
          <w:b w:val="0"/>
          <w:sz w:val="20"/>
        </w:rPr>
        <w:t>To:</w:t>
      </w:r>
    </w:p>
    <w:p>
      <w:r>
        <w:rPr>
          <w:b w:val="0"/>
          <w:sz w:val="20"/>
        </w:rPr>
        <w:t>Parking Violations Office</w:t>
      </w:r>
    </w:p>
    <w:p>
      <w:r>
        <w:rPr>
          <w:b w:val="0"/>
          <w:sz w:val="20"/>
        </w:rPr>
        <w:t>Local Authority Address</w:t>
      </w:r>
    </w:p>
    <w:p>
      <w:r>
        <w:rPr>
          <w:b w:val="0"/>
          <w:sz w:val="20"/>
        </w:rPr>
        <w:t>City</w:t>
      </w:r>
    </w:p>
    <w:p>
      <w:r>
        <w:rPr>
          <w:b w:val="0"/>
          <w:sz w:val="20"/>
        </w:rPr>
        <w:t>Postcode</w:t>
      </w:r>
    </w:p>
    <w:p/>
    <w:p/>
    <w:p>
      <w:r>
        <w:rPr>
          <w:b w:val="0"/>
          <w:sz w:val="20"/>
        </w:rPr>
        <w:t>From:</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City: ____________________________ Postcode: 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Subject: Appeal Against Penalty Charge Notice</w:t>
      </w:r>
    </w:p>
    <w:p/>
    <w:p/>
    <w:p>
      <w:r>
        <w:rPr>
          <w:b w:val="0"/>
          <w:sz w:val="20"/>
        </w:rPr>
        <w:t>Dear Sir or Madam,</w:t>
      </w:r>
    </w:p>
    <w:p/>
    <w:p>
      <w:r>
        <w:rPr>
          <w:b w:val="0"/>
          <w:sz w:val="20"/>
        </w:rPr>
        <w:t>I am writing to formally challenge the Penalty Charge Notice (PCN) issued against my vehicle. Please find the relevant details below to support my appeal.</w:t>
      </w:r>
    </w:p>
    <w:p/>
    <w:p>
      <w:r>
        <w:rPr>
          <w:b/>
          <w:sz w:val="20"/>
        </w:rPr>
        <w:t>Penalty Charge Notice Details:</w:t>
      </w:r>
    </w:p>
    <w:p>
      <w:r>
        <w:rPr>
          <w:b w:val="0"/>
          <w:sz w:val="20"/>
        </w:rPr>
        <w:t>PCN Number: ____________________________________________________________</w:t>
      </w:r>
    </w:p>
    <w:p>
      <w:r>
        <w:rPr>
          <w:b w:val="0"/>
          <w:sz w:val="20"/>
        </w:rPr>
        <w:t>Vehicle Registration Number: ___________________________________________</w:t>
      </w:r>
    </w:p>
    <w:p>
      <w:r>
        <w:rPr>
          <w:b w:val="0"/>
          <w:sz w:val="20"/>
        </w:rPr>
        <w:t>Date and Time of Alleged Contravention: ________________________________</w:t>
      </w:r>
    </w:p>
    <w:p>
      <w:r>
        <w:rPr>
          <w:b w:val="0"/>
          <w:sz w:val="20"/>
        </w:rPr>
        <w:t>Location of Alleged Contravention: _____________________________________</w:t>
      </w:r>
    </w:p>
    <w:p/>
    <w:p>
      <w:r>
        <w:rPr>
          <w:b/>
          <w:sz w:val="20"/>
        </w:rPr>
        <w:t>Grounds for Appeal:</w:t>
      </w:r>
    </w:p>
    <w:p>
      <w:r>
        <w:rPr>
          <w:b w:val="0"/>
          <w:sz w:val="20"/>
        </w:rPr>
        <w:t>I believe this PCN was issued incorrectly due to the following reasons:</w:t>
      </w:r>
    </w:p>
    <w:p/>
    <w:p>
      <w:r>
        <w:rPr>
          <w:b w:val="0"/>
          <w:sz w:val="20"/>
        </w:rPr>
        <w:t>1. Incorrect or Insufficient Signage</w:t>
      </w:r>
    </w:p>
    <w:p>
      <w:r>
        <w:rPr>
          <w:b w:val="0"/>
          <w:sz w:val="20"/>
        </w:rPr>
        <w:t>The signage at the location was unclear, obscured, or insufficient to inform drivers of the restrictions in place at the time. This misled me into believing that parking or stopping was permitted.</w:t>
      </w:r>
    </w:p>
    <w:p/>
    <w:p>
      <w:r>
        <w:rPr>
          <w:b w:val="0"/>
          <w:sz w:val="20"/>
        </w:rPr>
        <w:t>2. Medical Emergency</w:t>
      </w:r>
    </w:p>
    <w:p>
      <w:r>
        <w:rPr>
          <w:b w:val="0"/>
          <w:sz w:val="20"/>
        </w:rPr>
        <w:t>At the time of the alleged contravention, I was responding to a genuine medical emergency. Supporting documentation can be provided upon request.</w:t>
      </w:r>
    </w:p>
    <w:p/>
    <w:p>
      <w:r>
        <w:rPr>
          <w:b w:val="0"/>
          <w:sz w:val="20"/>
        </w:rPr>
        <w:t>3. Mitigating Circumstances</w:t>
      </w:r>
    </w:p>
    <w:p>
      <w:r>
        <w:rPr>
          <w:b w:val="0"/>
          <w:sz w:val="20"/>
        </w:rPr>
        <w:t>Exceptional circumstances beyond my control contributed to the contravention, including but not limited to vehicle breakdown, or other unforeseen events.</w:t>
      </w:r>
    </w:p>
    <w:p/>
    <w:p>
      <w:r>
        <w:rPr>
          <w:b w:val="0"/>
          <w:sz w:val="20"/>
        </w:rPr>
        <w:t>4. Procedural Impropriety</w:t>
      </w:r>
    </w:p>
    <w:p>
      <w:r>
        <w:rPr>
          <w:b w:val="0"/>
          <w:sz w:val="20"/>
        </w:rPr>
        <w:t>I contest the validity of this PCN due to procedural errors or failures in how the notice was issued or served, which renders the penalty unenforceable under applicable law.</w:t>
      </w:r>
    </w:p>
    <w:p/>
    <w:p>
      <w:r>
        <w:rPr>
          <w:b/>
          <w:sz w:val="20"/>
        </w:rPr>
        <w:t>Supporting Evidence:</w:t>
      </w:r>
    </w:p>
    <w:p>
      <w:r>
        <w:rPr>
          <w:b w:val="0"/>
          <w:sz w:val="20"/>
        </w:rPr>
        <w:t>I have attached copies of relevant documents to substantiate my appeal, including but not limited to:</w:t>
      </w:r>
    </w:p>
    <w:p>
      <w:r>
        <w:rPr>
          <w:b w:val="0"/>
          <w:sz w:val="20"/>
        </w:rPr>
        <w:t>- Photographs of the location and signage</w:t>
      </w:r>
    </w:p>
    <w:p>
      <w:r>
        <w:rPr>
          <w:b w:val="0"/>
          <w:sz w:val="20"/>
        </w:rPr>
        <w:t>- Witness statements</w:t>
      </w:r>
    </w:p>
    <w:p>
      <w:r>
        <w:rPr>
          <w:b w:val="0"/>
          <w:sz w:val="20"/>
        </w:rPr>
        <w:t>- Medical certificates or reports</w:t>
      </w:r>
    </w:p>
    <w:p>
      <w:r>
        <w:rPr>
          <w:b w:val="0"/>
          <w:sz w:val="20"/>
        </w:rPr>
        <w:t>- Vehicle repair invoices or breakdown assistance reports</w:t>
      </w:r>
    </w:p>
    <w:p/>
    <w:p>
      <w:r>
        <w:rPr>
          <w:b/>
          <w:sz w:val="20"/>
        </w:rPr>
        <w:t>Legal Basis of Appeal:</w:t>
      </w:r>
    </w:p>
    <w:p>
      <w:r>
        <w:rPr>
          <w:b w:val="0"/>
          <w:sz w:val="20"/>
        </w:rPr>
        <w:t>This appeal is made pursuant to the Traffic Management Act 2004 and associated regulations, and I request that the PCN be reviewed in accordance with the guidance provided by the Traffic Penalty Tribunal and relevant case law.</w:t>
      </w:r>
    </w:p>
    <w:p/>
    <w:p>
      <w:r>
        <w:rPr>
          <w:b w:val="0"/>
          <w:sz w:val="20"/>
        </w:rPr>
        <w:t>Request:</w:t>
      </w:r>
    </w:p>
    <w:p>
      <w:r>
        <w:rPr>
          <w:b w:val="0"/>
          <w:sz w:val="20"/>
        </w:rPr>
        <w:t>In light of the above, I request that the Penalty Charge Notice be cancelled and that no further action is taken against me or my vehicle in relation to this matter.</w:t>
      </w:r>
    </w:p>
    <w:p/>
    <w:p/>
    <w:p>
      <w:r>
        <w:rPr>
          <w:b w:val="0"/>
          <w:sz w:val="20"/>
        </w:rPr>
        <w:t>I trust that this appeal will be given full and fair consideration. Please confirm receipt of this letter and inform me of the outcome at your earliest convenience.</w:t>
      </w:r>
    </w:p>
    <w:p/>
    <w:p/>
    <w:p>
      <w:r>
        <w:rPr>
          <w:b w:val="0"/>
          <w:sz w:val="20"/>
        </w:rPr>
        <w:t>Yours 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Signature</w:t>
            </w:r>
          </w:p>
        </w:tc>
        <w:tc>
          <w:tcPr>
            <w:tcW w:type="dxa" w:w="4986"/>
            <w:tcBorders>
              <w:top w:val="nil"/>
              <w:left w:val="nil"/>
              <w:bottom w:val="nil"/>
              <w:right w:val="nil"/>
              <w:insideH w:val="nil"/>
              <w:insideV w:val="nil"/>
            </w:tcBorders>
          </w:tcPr>
          <w:p>
            <w:pPr>
              <w:jc w:val="center"/>
            </w:pPr>
            <w:r>
              <w:t>Print Name</w:t>
            </w:r>
          </w:p>
        </w:tc>
      </w:tr>
      <w:tr>
        <w:tc>
          <w:tcPr>
            <w:tcW w:type="dxa" w:w="4986"/>
            <w:tcBorders>
              <w:top w:val="nil"/>
              <w:left w:val="nil"/>
              <w:bottom w:val="nil"/>
              <w:right w:val="nil"/>
              <w:insideH w:val="nil"/>
              <w:insideV w:val="nil"/>
            </w:tcBorders>
          </w:tcPr>
          <w:p>
            <w:pPr>
              <w:jc w:val="center"/>
            </w:pPr>
            <w:r>
              <w:br/>
              <w:br/>
              <w:t>________________________________</w:t>
            </w:r>
          </w:p>
        </w:tc>
        <w:tc>
          <w:tcPr>
            <w:tcW w:type="dxa" w:w="4986"/>
            <w:tcBorders>
              <w:top w:val="nil"/>
              <w:left w:val="nil"/>
              <w:bottom w:val="nil"/>
              <w:right w:val="nil"/>
              <w:insideH w:val="nil"/>
              <w:insideV w:val="nil"/>
            </w:tcBorders>
          </w:tcPr>
          <w:p>
            <w:pPr>
              <w:jc w:val="center"/>
            </w:pPr>
            <w:r>
              <w:br/>
              <w:br/>
              <w:t>________________________________</w:t>
            </w:r>
          </w:p>
        </w:tc>
      </w:tr>
    </w:tbl>
    <w:p/>
    <w:p/>
    <w:p>
      <w:r>
        <w:rPr>
          <w:b w:val="0"/>
          <w:sz w:val="20"/>
        </w:rPr>
        <w:t>Please address all correspondence regarding this appeal to the above sender's address or contact details.</w:t>
      </w:r>
    </w:p>
    <w:p/>
    <w:p>
      <w:r>
        <w:rPr>
          <w:b w:val="0"/>
          <w:sz w:val="20"/>
        </w:rPr>
        <w:t>Note: This appeal letter template is intended for general use under UK law and does not constitute legal advice. For complex cases or further assistance, please consult a qualified legal professional.</w:t>
      </w:r>
    </w:p>
    <w:p/>
    <w:p>
      <w:r>
        <w:br w:type="page"/>
      </w:r>
    </w:p>
    <w:p>
      <w:pPr>
        <w:jc w:val="center"/>
      </w:pPr>
      <w:r>
        <w:rPr>
          <w:color w:val="555555"/>
          <w:sz w:val="24"/>
        </w:rPr>
        <w:t>Original source of this document:</w:t>
      </w:r>
    </w:p>
    <w:p>
      <w:pPr>
        <w:jc w:val="center"/>
      </w:pPr>
      <w:hyperlink r:id="rId9">
        <w:r>
          <w:rPr>
            <w:color w:val="0000FF"/>
            <w:u w:val="single"/>
          </w:rPr>
          <w:t>https://docstemplates-uk.com/pcn-appeal-letter/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pcn-appeal-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