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PROBATION EXTENSION LETTER</w:t>
      </w:r>
    </w:p>
    <w:p/>
    <w:p/>
    <w:p>
      <w:r>
        <w:rPr>
          <w:b/>
          <w:sz w:val="20"/>
        </w:rPr>
        <w:t>To:</w:t>
      </w:r>
    </w:p>
    <w:p>
      <w:r>
        <w:rPr>
          <w:b w:val="0"/>
          <w:sz w:val="20"/>
        </w:rPr>
        <w:t>Employee Name: ____________________________________________</w:t>
      </w:r>
    </w:p>
    <w:p>
      <w:r>
        <w:rPr>
          <w:b w:val="0"/>
          <w:sz w:val="20"/>
        </w:rPr>
        <w:t>Job Title: _________________________________________________</w:t>
      </w:r>
    </w:p>
    <w:p>
      <w:r>
        <w:rPr>
          <w:b w:val="0"/>
          <w:sz w:val="20"/>
        </w:rPr>
        <w:t>Department: _______________________________________________</w:t>
      </w:r>
    </w:p>
    <w:p>
      <w:r>
        <w:rPr>
          <w:b w:val="0"/>
          <w:sz w:val="20"/>
        </w:rPr>
        <w:t>Employee ID (if applicable): ________________________________</w:t>
      </w:r>
    </w:p>
    <w:p/>
    <w:p>
      <w:r>
        <w:rPr>
          <w:b/>
          <w:sz w:val="20"/>
        </w:rPr>
        <w:t>From:</w:t>
      </w:r>
    </w:p>
    <w:p>
      <w:r>
        <w:rPr>
          <w:b w:val="0"/>
          <w:sz w:val="20"/>
        </w:rPr>
        <w:t>Employer Name: ____________________________________________</w:t>
      </w:r>
    </w:p>
    <w:p>
      <w:r>
        <w:rPr>
          <w:b w:val="0"/>
          <w:sz w:val="20"/>
        </w:rPr>
        <w:t>Address: ___________________________________________________</w:t>
      </w:r>
    </w:p>
    <w:p>
      <w:r>
        <w:rPr>
          <w:b w:val="0"/>
          <w:sz w:val="20"/>
        </w:rPr>
        <w:t>Contact Number: ____________________________________________</w:t>
      </w:r>
    </w:p>
    <w:p>
      <w:r>
        <w:rPr>
          <w:b w:val="0"/>
          <w:sz w:val="20"/>
        </w:rPr>
        <w:t>Email: _____________________________________________________</w:t>
      </w:r>
    </w:p>
    <w:p/>
    <w:p/>
    <w:p>
      <w:r>
        <w:rPr>
          <w:b w:val="0"/>
          <w:sz w:val="20"/>
        </w:rPr>
        <w:t>Dear Employee,</w:t>
      </w:r>
    </w:p>
    <w:p/>
    <w:p>
      <w:r>
        <w:rPr>
          <w:b w:val="0"/>
          <w:sz w:val="20"/>
        </w:rPr>
        <w:t>We are writing to inform you of a decision to extend your probationary period in your current role. This decision follows a thorough review of your performance to date and is made in accordance with your employment contract and the company’s probationary policy.</w:t>
      </w:r>
    </w:p>
    <w:p/>
    <w:p>
      <w:r>
        <w:rPr>
          <w:b/>
          <w:sz w:val="20"/>
        </w:rPr>
        <w:t>Reason for Probation Extension:</w:t>
      </w:r>
    </w:p>
    <w:p>
      <w:r>
        <w:rPr>
          <w:b w:val="0"/>
          <w:sz w:val="20"/>
        </w:rPr>
        <w:t>After careful consideration, it has been determined that additional time is necessary for you to demonstrate the required skills, conduct, and performance expected in your role. The specific areas identified for improvement include:</w:t>
      </w:r>
    </w:p>
    <w:p>
      <w:r>
        <w:rPr>
          <w:b w:val="0"/>
          <w:sz w:val="20"/>
        </w:rPr>
        <w:t>• _____________________________________________________________</w:t>
      </w:r>
    </w:p>
    <w:p>
      <w:r>
        <w:rPr>
          <w:b w:val="0"/>
          <w:sz w:val="20"/>
        </w:rPr>
        <w:t>• _____________________________________________________________</w:t>
      </w:r>
    </w:p>
    <w:p>
      <w:r>
        <w:rPr>
          <w:b w:val="0"/>
          <w:sz w:val="20"/>
        </w:rPr>
        <w:t>• _____________________________________________________________</w:t>
      </w:r>
    </w:p>
    <w:p/>
    <w:p>
      <w:r>
        <w:rPr>
          <w:b/>
          <w:sz w:val="20"/>
        </w:rPr>
        <w:t>Probation Extension Details:</w:t>
      </w:r>
    </w:p>
    <w:p>
      <w:r>
        <w:rPr>
          <w:b w:val="0"/>
          <w:sz w:val="20"/>
        </w:rPr>
        <w:t>Your probationary period will be extended by an additional period of ____________________, effective from the conclusion of your original probation end date.</w:t>
      </w:r>
    </w:p>
    <w:p>
      <w:r>
        <w:rPr>
          <w:b w:val="0"/>
          <w:sz w:val="20"/>
        </w:rPr>
        <w:t>During this extension, you will continue to be subject to the terms and conditions outlined in your original probation agreement.</w:t>
      </w:r>
    </w:p>
    <w:p/>
    <w:p>
      <w:r>
        <w:rPr>
          <w:b/>
          <w:sz w:val="20"/>
        </w:rPr>
        <w:t>Support and Monitoring:</w:t>
      </w:r>
    </w:p>
    <w:p>
      <w:r>
        <w:rPr>
          <w:b w:val="0"/>
          <w:sz w:val="20"/>
        </w:rPr>
        <w:t>To assist you in meeting the required standards, the company will provide the necessary support, including but not limited to:</w:t>
      </w:r>
    </w:p>
    <w:p>
      <w:r>
        <w:rPr>
          <w:b w:val="0"/>
          <w:sz w:val="20"/>
        </w:rPr>
        <w:t>• Regular feedback sessions with your line manager</w:t>
      </w:r>
    </w:p>
    <w:p>
      <w:r>
        <w:rPr>
          <w:b w:val="0"/>
          <w:sz w:val="20"/>
        </w:rPr>
        <w:t>• Additional training or mentoring as appropriate</w:t>
      </w:r>
    </w:p>
    <w:p>
      <w:r>
        <w:rPr>
          <w:b w:val="0"/>
          <w:sz w:val="20"/>
        </w:rPr>
        <w:t>• Clear objectives and performance goals for the extension period</w:t>
      </w:r>
    </w:p>
    <w:p/>
    <w:p>
      <w:r>
        <w:rPr>
          <w:b w:val="0"/>
          <w:sz w:val="20"/>
        </w:rPr>
        <w:t>Your progress will be monitored closely throughout the extension period, and you will receive feedback to help you improve in the identified areas.</w:t>
      </w:r>
    </w:p>
    <w:p/>
    <w:p>
      <w:r>
        <w:rPr>
          <w:b/>
          <w:sz w:val="20"/>
        </w:rPr>
        <w:t>Possible Outcomes Following Extended Probation:</w:t>
      </w:r>
    </w:p>
    <w:p>
      <w:r>
        <w:rPr>
          <w:b w:val="0"/>
          <w:sz w:val="20"/>
        </w:rPr>
        <w:t>At the end of the extended probation period, a final review will be conducted to assess your suitability for continuing employment with the company.</w:t>
      </w:r>
    </w:p>
    <w:p>
      <w:r>
        <w:rPr>
          <w:b w:val="0"/>
          <w:sz w:val="20"/>
        </w:rPr>
        <w:t>Possible outcomes include:</w:t>
      </w:r>
    </w:p>
    <w:p>
      <w:r>
        <w:rPr>
          <w:b w:val="0"/>
          <w:sz w:val="20"/>
        </w:rPr>
        <w:t>• Confirmation of permanent employment</w:t>
      </w:r>
    </w:p>
    <w:p>
      <w:r>
        <w:rPr>
          <w:b w:val="0"/>
          <w:sz w:val="20"/>
        </w:rPr>
        <w:t>• Further extension of probation in exceptional circumstances</w:t>
      </w:r>
    </w:p>
    <w:p>
      <w:r>
        <w:rPr>
          <w:b w:val="0"/>
          <w:sz w:val="20"/>
        </w:rPr>
        <w:t>• Termination of employment if performance remains unsatisfactory</w:t>
      </w:r>
    </w:p>
    <w:p/>
    <w:p>
      <w:r>
        <w:rPr>
          <w:b/>
          <w:sz w:val="20"/>
        </w:rPr>
        <w:t>Employee Acknowledgment:</w:t>
      </w:r>
    </w:p>
    <w:p>
      <w:r>
        <w:rPr>
          <w:b w:val="0"/>
          <w:sz w:val="20"/>
        </w:rPr>
        <w:t>Please sign below to acknowledge receipt of this letter and your understanding of the probation extension and its terms.</w:t>
      </w:r>
    </w:p>
    <w:p/>
    <w:p/>
    <w:p>
      <w:r>
        <w:rPr>
          <w:b w:val="0"/>
          <w:sz w:val="20"/>
        </w:rPr>
        <w:t>We encourage you to take full advantage of this opportunity to demonstrate your capabilities and secure your ongoing role within the company.</w:t>
      </w:r>
    </w:p>
    <w:p>
      <w:r>
        <w:rPr>
          <w:b w:val="0"/>
          <w:sz w:val="20"/>
        </w:rPr>
        <w:t>Should you have any questions or wish to discuss any aspect of this letter, please contact your line manager or HR representative.</w:t>
      </w:r>
    </w:p>
    <w:p/>
    <w:p>
      <w:r>
        <w:rPr>
          <w:b w:val="0"/>
          <w:sz w:val="20"/>
        </w:rPr>
        <w:t>Yours sincerely,</w:t>
      </w:r>
    </w:p>
    <w:p/>
    <w:p/>
    <w:p/>
    <w:p>
      <w:r>
        <w:rPr>
          <w:b w:val="0"/>
          <w:sz w:val="20"/>
        </w:rPr>
        <w:t>_______________________________________</w:t>
      </w:r>
    </w:p>
    <w:p>
      <w:r>
        <w:rPr>
          <w:b w:val="0"/>
          <w:sz w:val="20"/>
        </w:rPr>
        <w:t>Name: _________________________________</w:t>
      </w:r>
    </w:p>
    <w:p>
      <w:r>
        <w:rPr>
          <w:b w:val="0"/>
          <w:sz w:val="20"/>
        </w:rPr>
        <w:t>Title: __________________________________</w:t>
      </w:r>
    </w:p>
    <w:p>
      <w:r>
        <w:rPr>
          <w:b w:val="0"/>
          <w:sz w:val="20"/>
        </w:rPr>
        <w:t>Date: __________________________________</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https://docstemplates-uk.com/probation-extension-letter/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probation-extension-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