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PROPERTY OFFER LETTER</w:t>
      </w:r>
    </w:p>
    <w:p/>
    <w:p>
      <w:r>
        <w:rPr>
          <w:b/>
          <w:sz w:val="20"/>
        </w:rPr>
        <w:t>To:</w:t>
      </w:r>
    </w:p>
    <w:p>
      <w:r>
        <w:rPr>
          <w:b w:val="0"/>
          <w:sz w:val="20"/>
        </w:rPr>
        <w:t>Name: ____________________________________________________________</w:t>
      </w:r>
    </w:p>
    <w:p>
      <w:r>
        <w:rPr>
          <w:b w:val="0"/>
          <w:sz w:val="20"/>
        </w:rPr>
        <w:t>Address: _________________________________________________________</w:t>
      </w:r>
    </w:p>
    <w:p>
      <w:r>
        <w:rPr>
          <w:b w:val="0"/>
          <w:sz w:val="20"/>
        </w:rPr>
        <w:t>Email: ___________________________________________________________</w:t>
      </w:r>
    </w:p>
    <w:p/>
    <w:p>
      <w:r>
        <w:rPr>
          <w:b/>
          <w:sz w:val="20"/>
        </w:rPr>
        <w:t>From:</w:t>
      </w:r>
    </w:p>
    <w:p>
      <w:r>
        <w:rPr>
          <w:b w:val="0"/>
          <w:sz w:val="20"/>
        </w:rPr>
        <w:t>Name: ____________________________________________________________</w:t>
      </w:r>
    </w:p>
    <w:p>
      <w:r>
        <w:rPr>
          <w:b w:val="0"/>
          <w:sz w:val="20"/>
        </w:rPr>
        <w:t>Address: _________________________________________________________</w:t>
      </w:r>
    </w:p>
    <w:p>
      <w:r>
        <w:rPr>
          <w:b w:val="0"/>
          <w:sz w:val="20"/>
        </w:rPr>
        <w:t>Email: ___________________________________________________________</w:t>
      </w:r>
    </w:p>
    <w:p/>
    <w:p/>
    <w:p>
      <w:r>
        <w:rPr>
          <w:b/>
          <w:sz w:val="20"/>
        </w:rPr>
        <w:t>Re: Offer to Purchase Property</w:t>
      </w:r>
    </w:p>
    <w:p/>
    <w:p>
      <w:r>
        <w:rPr>
          <w:b w:val="0"/>
          <w:sz w:val="20"/>
        </w:rPr>
        <w:t>Dear Sir/Madam,</w:t>
      </w:r>
    </w:p>
    <w:p/>
    <w:p>
      <w:r>
        <w:rPr>
          <w:b w:val="0"/>
          <w:sz w:val="20"/>
        </w:rPr>
        <w:t>I/we hereby submit the following offer to purchase the property detailed below, subject to the terms and conditions set out in this letter.</w:t>
      </w:r>
    </w:p>
    <w:p/>
    <w:p/>
    <w:p>
      <w:r>
        <w:rPr>
          <w:b/>
          <w:sz w:val="20"/>
        </w:rPr>
        <w:t>1. Property Details</w:t>
      </w:r>
    </w:p>
    <w:p>
      <w:r>
        <w:rPr>
          <w:b w:val="0"/>
          <w:sz w:val="20"/>
        </w:rPr>
        <w:t>Address: _________________________________________________________</w:t>
      </w:r>
    </w:p>
    <w:p>
      <w:r>
        <w:rPr>
          <w:b w:val="0"/>
          <w:sz w:val="20"/>
        </w:rPr>
        <w:t>Postcode: ________________________________________________________</w:t>
      </w:r>
    </w:p>
    <w:p>
      <w:r>
        <w:rPr>
          <w:b w:val="0"/>
          <w:sz w:val="20"/>
        </w:rPr>
        <w:t>Description: ______________________________________________________</w:t>
      </w:r>
    </w:p>
    <w:p>
      <w:r>
        <w:rPr>
          <w:b w:val="0"/>
          <w:sz w:val="20"/>
        </w:rPr>
        <w:t>Title Number (if applicable): _____________________________________</w:t>
      </w:r>
    </w:p>
    <w:p/>
    <w:p>
      <w:r>
        <w:rPr>
          <w:b/>
          <w:sz w:val="20"/>
        </w:rPr>
        <w:t>2. Offer Details</w:t>
      </w:r>
    </w:p>
    <w:p>
      <w:r>
        <w:rPr>
          <w:b w:val="0"/>
          <w:sz w:val="20"/>
        </w:rPr>
        <w:t>Offer Price: £__________________ (GBP)</w:t>
      </w:r>
    </w:p>
    <w:p>
      <w:r>
        <w:rPr>
          <w:b w:val="0"/>
          <w:sz w:val="20"/>
        </w:rPr>
        <w:t>Deposit Amount: £__________________ (GBP)</w:t>
      </w:r>
    </w:p>
    <w:p>
      <w:r>
        <w:rPr>
          <w:b w:val="0"/>
          <w:sz w:val="20"/>
        </w:rPr>
        <w:t>Proposed Completion Date: ________________________________________</w:t>
      </w:r>
    </w:p>
    <w:p>
      <w:r>
        <w:rPr>
          <w:b w:val="0"/>
          <w:sz w:val="20"/>
        </w:rPr>
        <w:t>Conditions of Offer (if any): _____________________________________</w:t>
      </w:r>
    </w:p>
    <w:p/>
    <w:p>
      <w:r>
        <w:rPr>
          <w:b/>
          <w:sz w:val="20"/>
        </w:rPr>
        <w:t>3. Financing</w:t>
      </w:r>
    </w:p>
    <w:p>
      <w:r>
        <w:rPr>
          <w:b w:val="0"/>
          <w:sz w:val="20"/>
        </w:rPr>
        <w:t>This offer is (select one):</w:t>
      </w:r>
    </w:p>
    <w:p>
      <w:r>
        <w:rPr>
          <w:b w:val="0"/>
          <w:sz w:val="20"/>
        </w:rPr>
        <w:t>- Cash Purchase ☐</w:t>
      </w:r>
    </w:p>
    <w:p>
      <w:r>
        <w:rPr>
          <w:b w:val="0"/>
          <w:sz w:val="20"/>
        </w:rPr>
        <w:t>- Subject to Mortgage Approval ☐</w:t>
      </w:r>
    </w:p>
    <w:p>
      <w:r>
        <w:rPr>
          <w:b w:val="0"/>
          <w:sz w:val="20"/>
        </w:rPr>
        <w:t>If mortgage approval is required, the Buyer shall use all reasonable endeavours to obtain such approval within ____________________ days of acceptance of this offer.</w:t>
      </w:r>
    </w:p>
    <w:p/>
    <w:p>
      <w:r>
        <w:rPr>
          <w:b/>
          <w:sz w:val="20"/>
        </w:rPr>
        <w:t>4. Survey and Inspections</w:t>
      </w:r>
    </w:p>
    <w:p>
      <w:r>
        <w:rPr>
          <w:b w:val="0"/>
          <w:sz w:val="20"/>
        </w:rPr>
        <w:t>The Buyer reserves the right to conduct any surveys, inspections, and searches deemed necessary to satisfy themselves as to the condition and title of the property prior to exchange of contracts. The Buyer shall notify the Seller of any concerns in writing within ____________________ days of acceptance.</w:t>
      </w:r>
    </w:p>
    <w:p/>
    <w:p>
      <w:r>
        <w:rPr>
          <w:b/>
          <w:sz w:val="20"/>
        </w:rPr>
        <w:t>5. Title and Legal Compliance</w:t>
      </w:r>
    </w:p>
    <w:p>
      <w:r>
        <w:rPr>
          <w:b w:val="0"/>
          <w:sz w:val="20"/>
        </w:rPr>
        <w:t>The Seller warrants that they are the legal owner of the property and have full right and authority to sell the property free from any encumbrances, charges, liens, or third-party rights, except as disclosed in writing.</w:t>
      </w:r>
    </w:p>
    <w:p>
      <w:r>
        <w:rPr>
          <w:b w:val="0"/>
          <w:sz w:val="20"/>
        </w:rPr>
        <w:t>The Seller shall provide all necessary documents and cooperate fully to enable the Buyer to complete all legal formalities including transfer of title and registration with the appropriate authorities.</w:t>
      </w:r>
    </w:p>
    <w:p/>
    <w:p>
      <w:r>
        <w:rPr>
          <w:b/>
          <w:sz w:val="20"/>
        </w:rPr>
        <w:t>6. Exchange and Completion</w:t>
      </w:r>
    </w:p>
    <w:p>
      <w:r>
        <w:rPr>
          <w:b w:val="0"/>
          <w:sz w:val="20"/>
        </w:rPr>
        <w:t>This offer, once accepted in writing by the Seller, shall be binding upon both parties subject to contract.</w:t>
      </w:r>
    </w:p>
    <w:p>
      <w:r>
        <w:rPr>
          <w:b w:val="0"/>
          <w:sz w:val="20"/>
        </w:rPr>
        <w:t>Exchange of contracts shall take place by no later than ____________________ (date or period). Completion shall occur on the Proposed Completion Date or such other date as agreed in writing.</w:t>
      </w:r>
    </w:p>
    <w:p/>
    <w:p>
      <w:r>
        <w:rPr>
          <w:b/>
          <w:sz w:val="20"/>
        </w:rPr>
        <w:t>7. Costs and Expenses</w:t>
      </w:r>
    </w:p>
    <w:p>
      <w:r>
        <w:rPr>
          <w:b w:val="0"/>
          <w:sz w:val="20"/>
        </w:rPr>
        <w:t>Each party shall bear their own legal and professional fees incurred in connection with this transaction unless otherwise agreed.</w:t>
      </w:r>
    </w:p>
    <w:p>
      <w:r>
        <w:rPr>
          <w:b w:val="0"/>
          <w:sz w:val="20"/>
        </w:rPr>
        <w:t>Any applicable taxes, stamp duties, registration fees, and other charges arising from the transaction shall be paid by the Buyer.</w:t>
      </w:r>
    </w:p>
    <w:p/>
    <w:p>
      <w:r>
        <w:rPr>
          <w:b/>
          <w:sz w:val="20"/>
        </w:rPr>
        <w:t>8. Confidentiality</w:t>
      </w:r>
    </w:p>
    <w:p>
      <w:r>
        <w:rPr>
          <w:b w:val="0"/>
          <w:sz w:val="20"/>
        </w:rPr>
        <w:t>Both parties agree to keep the terms of this offer and any associated negotiations strictly confidential and not to disclose any information to third parties without prior written consent, except as required by law or for the purposes of seeking professional advice.</w:t>
      </w:r>
    </w:p>
    <w:p/>
    <w:p>
      <w:r>
        <w:rPr>
          <w:b/>
          <w:sz w:val="20"/>
        </w:rPr>
        <w:t>9. Entire Agreement</w:t>
      </w:r>
    </w:p>
    <w:p>
      <w:r>
        <w:rPr>
          <w:b w:val="0"/>
          <w:sz w:val="20"/>
        </w:rPr>
        <w:t>This offer letter, together with any written acceptance thereof, constitutes the entire agreement between the parties and supersedes all prior negotiations, understandings, and agreements (whether oral or written). No variation shall be binding unless agreed in writing by both parties.</w:t>
      </w:r>
    </w:p>
    <w:p/>
    <w:p>
      <w:r>
        <w:rPr>
          <w:b/>
          <w:sz w:val="20"/>
        </w:rPr>
        <w:t>10. Governing Law and Jurisdiction</w:t>
      </w:r>
    </w:p>
    <w:p>
      <w:r>
        <w:rPr>
          <w:b w:val="0"/>
          <w:sz w:val="20"/>
        </w:rPr>
        <w:t>This offer letter shall be governed by and construed in accordance with the laws of England and Wales. The parties submit to the exclusive jurisdiction of the courts of England and Wales for any disputes arising out of or in connection with this offer.</w:t>
      </w:r>
    </w:p>
    <w:p/>
    <w:p/>
    <w:p>
      <w:r>
        <w:rPr>
          <w:b/>
          <w:sz w:val="20"/>
        </w:rPr>
        <w:t>11. Offer Expiration</w:t>
      </w:r>
    </w:p>
    <w:p>
      <w:r>
        <w:rPr>
          <w:b w:val="0"/>
          <w:sz w:val="20"/>
        </w:rPr>
        <w:t>This offer shall remain open for acceptance until ____________________ (date or time period), after which it shall be deemed withdrawn unless extended in writing by the Buyer.</w:t>
      </w:r>
    </w:p>
    <w:p/>
    <w:p/>
    <w:p>
      <w:r>
        <w:rPr>
          <w:b w:val="0"/>
          <w:sz w:val="20"/>
        </w:rPr>
        <w:t>Please indicate your acceptance of this offer by signing and returning a copy of this letter.</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BUYER</w:t>
            </w:r>
          </w:p>
        </w:tc>
        <w:tc>
          <w:tcPr>
            <w:tcW w:type="dxa" w:w="4986"/>
            <w:tcBorders>
              <w:top w:val="nil"/>
              <w:left w:val="nil"/>
              <w:bottom w:val="nil"/>
              <w:right w:val="nil"/>
              <w:insideH w:val="nil"/>
              <w:insideV w:val="nil"/>
            </w:tcBorders>
          </w:tcPr>
          <w:p>
            <w:pPr>
              <w:jc w:val="center"/>
            </w:pPr>
            <w:r>
              <w:t>SELLER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https://docstemplates-uk.com/property-offer-letter/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property-offer-letter/"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