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REFERENCE LETTER</w:t>
      </w:r>
    </w:p>
    <w:p/>
    <w:p/>
    <w:p>
      <w:r>
        <w:rPr>
          <w:b w:val="0"/>
          <w:sz w:val="20"/>
        </w:rPr>
        <w:t>To Whom It May Concern,</w:t>
      </w:r>
    </w:p>
    <w:p/>
    <w:p>
      <w:r>
        <w:rPr>
          <w:b w:val="0"/>
          <w:sz w:val="20"/>
        </w:rPr>
        <w:t>This letter is to serve as a formal reference for the individual named below. The undersigned certifies the truthfulness and accuracy of the information contained herein and confirms that the statements are made in good faith, in accordance with applicable UK law.</w:t>
      </w:r>
    </w:p>
    <w:p/>
    <w:p>
      <w:r>
        <w:rPr>
          <w:b/>
          <w:sz w:val="20"/>
        </w:rPr>
        <w:t>Referrer Information:</w:t>
      </w:r>
    </w:p>
    <w:p>
      <w:r>
        <w:rPr>
          <w:b w:val="0"/>
          <w:sz w:val="20"/>
        </w:rPr>
        <w:t>Full Name: ____________________________________________________________</w:t>
      </w:r>
    </w:p>
    <w:p>
      <w:r>
        <w:rPr>
          <w:b w:val="0"/>
          <w:sz w:val="20"/>
        </w:rPr>
        <w:t>Position/Title: _________________________________________________________</w:t>
      </w:r>
    </w:p>
    <w:p>
      <w:r>
        <w:rPr>
          <w:b w:val="0"/>
          <w:sz w:val="20"/>
        </w:rPr>
        <w:t>Company/Organization: 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Candidate Information:</w:t>
      </w:r>
    </w:p>
    <w:p>
      <w:r>
        <w:rPr>
          <w:b w:val="0"/>
          <w:sz w:val="20"/>
        </w:rPr>
        <w:t>Full Name: ____________________________________________________________</w:t>
      </w:r>
    </w:p>
    <w:p>
      <w:r>
        <w:rPr>
          <w:b w:val="0"/>
          <w:sz w:val="20"/>
        </w:rPr>
        <w:t>Position/Role Held: _____________________________________________________</w:t>
      </w:r>
    </w:p>
    <w:p>
      <w:r>
        <w:rPr>
          <w:b w:val="0"/>
          <w:sz w:val="20"/>
        </w:rPr>
        <w:t>Duration of Association: _______________________________________________</w:t>
      </w:r>
    </w:p>
    <w:p>
      <w:r>
        <w:rPr>
          <w:b w:val="0"/>
          <w:sz w:val="20"/>
        </w:rPr>
        <w:t>Nature of Relationship: ________________________________________________</w:t>
      </w:r>
    </w:p>
    <w:p/>
    <w:p>
      <w:r>
        <w:rPr>
          <w:b/>
          <w:sz w:val="20"/>
        </w:rPr>
        <w:t>Character and Professional Attributes:</w:t>
      </w:r>
    </w:p>
    <w:p>
      <w:r>
        <w:rPr>
          <w:b w:val="0"/>
          <w:sz w:val="20"/>
        </w:rPr>
        <w:t>I have known and worked with the candidate in the capacity described above. Throughout this period, the candidate has demonstrated exemplary professionalism, integrity, and dedication to their duties. Their skills, work ethic, and interpersonal abilities have consistently met or exceeded expectations.</w:t>
      </w:r>
    </w:p>
    <w:p/>
    <w:p>
      <w:r>
        <w:rPr>
          <w:b/>
          <w:sz w:val="20"/>
        </w:rPr>
        <w:t>Skills and Competencies:</w:t>
      </w:r>
    </w:p>
    <w:p>
      <w:r>
        <w:rPr>
          <w:b w:val="0"/>
          <w:sz w:val="20"/>
        </w:rPr>
        <w:t>The candidate possesses a broad range of relevant skills and competencies, including but not limited to effective communication, problem-solving, teamwork, and leadership. They have shown the ability to adapt to challenging situations and maintain a high level of performance under pressure.</w:t>
      </w:r>
    </w:p>
    <w:p/>
    <w:p>
      <w:r>
        <w:rPr>
          <w:b/>
          <w:sz w:val="20"/>
        </w:rPr>
        <w:t>Reliability and Conduct:</w:t>
      </w:r>
    </w:p>
    <w:p>
      <w:r>
        <w:rPr>
          <w:b w:val="0"/>
          <w:sz w:val="20"/>
        </w:rPr>
        <w:t>Throughout our association, the candidate has exhibited reliability, punctuality, and a strong commitment to ethical standards. No incidents of misconduct or breach of trust have been recorded or brought to my attention.</w:t>
      </w:r>
    </w:p>
    <w:p/>
    <w:p>
      <w:r>
        <w:rPr>
          <w:b/>
          <w:sz w:val="20"/>
        </w:rPr>
        <w:t>Conclusion and Recommendation:</w:t>
      </w:r>
    </w:p>
    <w:p>
      <w:r>
        <w:rPr>
          <w:b w:val="0"/>
          <w:sz w:val="20"/>
        </w:rPr>
        <w:t>Based on my experience and observation, I confidently recommend the candidate for any position or opportunity for which they may apply. I believe they will be a valuable asset to any organisation and will uphold the highest standards of professionalism and conduct.</w:t>
      </w:r>
    </w:p>
    <w:p/>
    <w:p/>
    <w:p>
      <w:r>
        <w:rPr>
          <w:b/>
          <w:sz w:val="20"/>
        </w:rPr>
        <w:t>Legal Disclaimer:</w:t>
      </w:r>
    </w:p>
    <w:p>
      <w:r>
        <w:rPr>
          <w:b w:val="0"/>
          <w:sz w:val="20"/>
        </w:rPr>
        <w:t>This reference letter is provided voluntarily and without any warranty or guarantee, express or implied, including but not limited to fitness for a particular purpose. It is intended solely for the use of the recipient and may not be reproduced, distributed, or used for any other purpose without prior written consent from the undersigned. The undersigned accepts no liability for any loss or damage resulting from reliance on this reference.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Referrer Signature</w:t>
            </w:r>
          </w:p>
        </w:tc>
        <w:tc>
          <w:tcPr>
            <w:tcW w:type="dxa" w:w="4986"/>
            <w:tcBorders>
              <w:top w:val="nil"/>
              <w:left w:val="nil"/>
              <w:bottom w:val="nil"/>
              <w:right w:val="nil"/>
              <w:insideH w:val="nil"/>
              <w:insideV w:val="nil"/>
            </w:tcBorders>
          </w:tcPr>
          <w:p>
            <w:pPr>
              <w:jc w:val="center"/>
            </w:pPr>
            <w:r>
              <w:t>Candidate Signature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p>
      <w:r>
        <w:rPr>
          <w:b w:val="0"/>
          <w:sz w:val="20"/>
        </w:rPr>
        <w:t>Place of signing: ____________________________________________</w:t>
      </w:r>
    </w:p>
    <w:p>
      <w:r>
        <w:rPr>
          <w:b w:val="0"/>
          <w:sz w:val="20"/>
        </w:rPr>
        <w:t>Date of signing: _____________________________________________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https://docstemplates-uk.com/reference-letter/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reference-letter/"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