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SECONDMENT LETTER AGREEMENT</w:t>
      </w:r>
    </w:p>
    <w:p/>
    <w:p/>
    <w:p>
      <w:r>
        <w:rPr>
          <w:b/>
          <w:sz w:val="20"/>
        </w:rPr>
        <w:t>This Secondment Letter (the “Letter”) is made between:</w:t>
      </w:r>
    </w:p>
    <w:p/>
    <w:p>
      <w:r>
        <w:rPr>
          <w:b/>
          <w:sz w:val="20"/>
        </w:rPr>
        <w:t>1. The Seconding Company: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Registered Office Address: ______________________________________</w:t>
      </w:r>
    </w:p>
    <w:p>
      <w:r>
        <w:rPr>
          <w:b w:val="0"/>
          <w:sz w:val="20"/>
        </w:rPr>
        <w:t>Company Registration Number: __________________________________</w:t>
      </w:r>
    </w:p>
    <w:p>
      <w:r>
        <w:rPr>
          <w:b w:val="0"/>
          <w:sz w:val="20"/>
        </w:rPr>
        <w:t>Contact Person: _________________________________________________</w:t>
      </w:r>
    </w:p>
    <w:p>
      <w:r>
        <w:rPr>
          <w:b w:val="0"/>
          <w:sz w:val="20"/>
        </w:rPr>
        <w:t>Position: _______________________________________________________</w:t>
      </w:r>
    </w:p>
    <w:p/>
    <w:p>
      <w:r>
        <w:rPr>
          <w:b/>
          <w:sz w:val="20"/>
        </w:rPr>
        <w:t>2. The Host Company: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Registered Office Address: ______________________________________</w:t>
      </w:r>
    </w:p>
    <w:p>
      <w:r>
        <w:rPr>
          <w:b w:val="0"/>
          <w:sz w:val="20"/>
        </w:rPr>
        <w:t>Company Registration Number: __________________________________</w:t>
      </w:r>
    </w:p>
    <w:p>
      <w:r>
        <w:rPr>
          <w:b w:val="0"/>
          <w:sz w:val="20"/>
        </w:rPr>
        <w:t>Contact Person: _________________________________________________</w:t>
      </w:r>
    </w:p>
    <w:p>
      <w:r>
        <w:rPr>
          <w:b w:val="0"/>
          <w:sz w:val="20"/>
        </w:rPr>
        <w:t>Position: _______________________________________________________</w:t>
      </w:r>
    </w:p>
    <w:p/>
    <w:p>
      <w:r>
        <w:rPr>
          <w:b/>
          <w:sz w:val="20"/>
        </w:rPr>
        <w:t>3. The Seconded Employee:</w:t>
      </w:r>
    </w:p>
    <w:p>
      <w:r>
        <w:rPr>
          <w:b w:val="0"/>
          <w:sz w:val="20"/>
        </w:rPr>
        <w:t>Full Name: _______________________________________________________</w:t>
      </w:r>
    </w:p>
    <w:p>
      <w:r>
        <w:rPr>
          <w:b w:val="0"/>
          <w:sz w:val="20"/>
        </w:rPr>
        <w:t>Job Title: _______________________________________________________</w:t>
      </w:r>
    </w:p>
    <w:p>
      <w:r>
        <w:rPr>
          <w:b w:val="0"/>
          <w:sz w:val="20"/>
        </w:rPr>
        <w:t>Home Address: ___________________________________________________</w:t>
      </w:r>
    </w:p>
    <w:p>
      <w:r>
        <w:rPr>
          <w:b w:val="0"/>
          <w:sz w:val="20"/>
        </w:rPr>
        <w:t>National Insurance Number: ______________________________________</w:t>
      </w:r>
    </w:p>
    <w:p/>
    <w:p/>
    <w:p>
      <w:pPr>
        <w:jc w:val="center"/>
      </w:pPr>
      <w:r>
        <w:rPr>
          <w:b/>
          <w:sz w:val="20"/>
        </w:rPr>
        <w:t>RECITALS</w:t>
      </w:r>
    </w:p>
    <w:p/>
    <w:p>
      <w:r>
        <w:rPr>
          <w:b w:val="0"/>
          <w:sz w:val="20"/>
        </w:rPr>
        <w:t>A. The Seconding Company and the Host Company have agreed to the secondment of the Employee under the terms set out in this Letter.</w:t>
      </w:r>
    </w:p>
    <w:p>
      <w:r>
        <w:rPr>
          <w:b w:val="0"/>
          <w:sz w:val="20"/>
        </w:rPr>
        <w:t>B. The Seconding Company remains the Employer of the Employee for all purposes during the period of secondment.</w:t>
      </w:r>
    </w:p>
    <w:p>
      <w:r>
        <w:rPr>
          <w:b w:val="0"/>
          <w:sz w:val="20"/>
        </w:rPr>
        <w:t>C. The Employee has agreed to be seconded to the Host Company on the terms and conditions detailed herein.</w:t>
      </w:r>
    </w:p>
    <w:p/>
    <w:p/>
    <w:p>
      <w:pPr>
        <w:jc w:val="center"/>
      </w:pPr>
      <w:r>
        <w:rPr>
          <w:b/>
          <w:sz w:val="20"/>
        </w:rPr>
        <w:t>AGREEMENT</w:t>
      </w:r>
    </w:p>
    <w:p/>
    <w:p>
      <w:r>
        <w:rPr>
          <w:b/>
          <w:sz w:val="20"/>
        </w:rPr>
        <w:t>1. Secondment</w:t>
      </w:r>
    </w:p>
    <w:p>
      <w:r>
        <w:rPr>
          <w:b w:val="0"/>
          <w:sz w:val="20"/>
        </w:rPr>
        <w:t>1.1 The Seconding Company agrees to second the Employee to the Host Company, and the Host Company agrees to accept the Employee on secondment, for the purposes of this Letter.</w:t>
      </w:r>
    </w:p>
    <w:p>
      <w:r>
        <w:rPr>
          <w:b w:val="0"/>
          <w:sz w:val="20"/>
        </w:rPr>
        <w:t>1.2 The Employee will carry out duties as directed by the Host Company in accordance with their skills, qualifications, and experience.</w:t>
      </w:r>
    </w:p>
    <w:p>
      <w:r>
        <w:rPr>
          <w:b w:val="0"/>
          <w:sz w:val="20"/>
        </w:rPr>
        <w:t>1.3 The secondment shall commence on: ____________________________________ and shall continue until terminated in accordance with this Letter.</w:t>
      </w:r>
    </w:p>
    <w:p/>
    <w:p>
      <w:r>
        <w:rPr>
          <w:b/>
          <w:sz w:val="20"/>
        </w:rPr>
        <w:t>2. Status and Supervision</w:t>
      </w:r>
    </w:p>
    <w:p>
      <w:r>
        <w:rPr>
          <w:b w:val="0"/>
          <w:sz w:val="20"/>
        </w:rPr>
        <w:t>2.1 The Employee remains an employee of the Seconding Company and will not become an employee or agent of the Host Company.</w:t>
      </w:r>
    </w:p>
    <w:p>
      <w:r>
        <w:rPr>
          <w:b w:val="0"/>
          <w:sz w:val="20"/>
        </w:rPr>
        <w:t>2.2 For the duration of the secondment, the Employee will be under the day-to-day supervision and control of the Host Company.</w:t>
      </w:r>
    </w:p>
    <w:p/>
    <w:p>
      <w:r>
        <w:rPr>
          <w:b/>
          <w:sz w:val="20"/>
        </w:rPr>
        <w:t>3. Duties and Responsibilities</w:t>
      </w:r>
    </w:p>
    <w:p>
      <w:r>
        <w:rPr>
          <w:b w:val="0"/>
          <w:sz w:val="20"/>
        </w:rPr>
        <w:t>3.1 The Employee agrees to perform their duties faithfully, diligently, and in compliance with all reasonable instructions given by the Host Company.</w:t>
      </w:r>
    </w:p>
    <w:p>
      <w:r>
        <w:rPr>
          <w:b w:val="0"/>
          <w:sz w:val="20"/>
        </w:rPr>
        <w:t>3.2 The Employee shall comply with all applicable policies, procedures, and codes of conduct of the Host Company while on secondment.</w:t>
      </w:r>
    </w:p>
    <w:p/>
    <w:p>
      <w:r>
        <w:rPr>
          <w:b/>
          <w:sz w:val="20"/>
        </w:rPr>
        <w:t>4. Remuneration and Benefits</w:t>
      </w:r>
    </w:p>
    <w:p>
      <w:r>
        <w:rPr>
          <w:b w:val="0"/>
          <w:sz w:val="20"/>
        </w:rPr>
        <w:t>4.1 The Seconding Company shall continue to pay the Employee’s salary, wages, and benefits throughout the period of secondment.</w:t>
      </w:r>
    </w:p>
    <w:p>
      <w:r>
        <w:rPr>
          <w:b w:val="0"/>
          <w:sz w:val="20"/>
        </w:rPr>
        <w:t>4.2 The Host Company shall reimburse the Seconding Company for salary costs, including any agreed expenses or benefits, as per the terms agreed between the Seconding Company and Host Company.</w:t>
      </w:r>
    </w:p>
    <w:p>
      <w:r>
        <w:rPr>
          <w:b w:val="0"/>
          <w:sz w:val="20"/>
        </w:rPr>
        <w:t>4.3 Any additional expenses incurred by the Employee in the course of the secondment must be pre-approved and will be reimbursed according to the Host Company's expense policy.</w:t>
      </w:r>
    </w:p>
    <w:p/>
    <w:p>
      <w:r>
        <w:rPr>
          <w:b/>
          <w:sz w:val="20"/>
        </w:rPr>
        <w:t>5. Working Hours and Holidays</w:t>
      </w:r>
    </w:p>
    <w:p>
      <w:r>
        <w:rPr>
          <w:b w:val="0"/>
          <w:sz w:val="20"/>
        </w:rPr>
        <w:t>5.1 The Employee’s normal working hours during the secondment shall be: ______________________________.</w:t>
      </w:r>
    </w:p>
    <w:p>
      <w:r>
        <w:rPr>
          <w:b w:val="0"/>
          <w:sz w:val="20"/>
        </w:rPr>
        <w:t>5.2 Holiday entitlement and accrual during the secondment shall be governed by the terms of the Employee’s contract with the Seconding Company.</w:t>
      </w:r>
    </w:p>
    <w:p>
      <w:r>
        <w:rPr>
          <w:b w:val="0"/>
          <w:sz w:val="20"/>
        </w:rPr>
        <w:t>5.3 Requests for holiday during the secondment shall be agreed in writing by the Host Company and notified promptly to the Seconding Company.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6.1 The Employee shall keep confidential and not disclose any confidential information of the Host Company or Seconding Company except as required to perform their duties or as permitted by law.</w:t>
      </w:r>
    </w:p>
    <w:p>
      <w:r>
        <w:rPr>
          <w:b w:val="0"/>
          <w:sz w:val="20"/>
        </w:rPr>
        <w:t>6.2 This obligation shall survive the termination of the secondment and employment.</w:t>
      </w:r>
    </w:p>
    <w:p/>
    <w:p>
      <w:r>
        <w:rPr>
          <w:b/>
          <w:sz w:val="20"/>
        </w:rPr>
        <w:t>7. Health and Safety</w:t>
      </w:r>
    </w:p>
    <w:p>
      <w:r>
        <w:rPr>
          <w:b w:val="0"/>
          <w:sz w:val="20"/>
        </w:rPr>
        <w:t>7.1 The Host Company shall take all reasonable steps to provide a safe working environment for the Employee during the secondment.</w:t>
      </w:r>
    </w:p>
    <w:p>
      <w:r>
        <w:rPr>
          <w:b w:val="0"/>
          <w:sz w:val="20"/>
        </w:rPr>
        <w:t>7.2 The Employee must comply with all health and safety policies and instructions of the Host Company.</w:t>
      </w:r>
    </w:p>
    <w:p/>
    <w:p>
      <w:r>
        <w:rPr>
          <w:b/>
          <w:sz w:val="20"/>
        </w:rPr>
        <w:t>8. Liability and Insurance</w:t>
      </w:r>
    </w:p>
    <w:p>
      <w:r>
        <w:rPr>
          <w:b w:val="0"/>
          <w:sz w:val="20"/>
        </w:rPr>
        <w:t>8.1 The Seconding Company shall maintain appropriate employer’s liability insurance covering the Employee during the secondment.</w:t>
      </w:r>
    </w:p>
    <w:p>
      <w:r>
        <w:rPr>
          <w:b w:val="0"/>
          <w:sz w:val="20"/>
        </w:rPr>
        <w:t>8.2 The Host Company shall be responsible for any acts or omissions of the Employee during the secondment to the extent permitted by law.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9.1 The secondment may be terminated by either the Seconding Company or the Host Company by giving not less than ________ weeks’ written notice to the other party.</w:t>
      </w:r>
    </w:p>
    <w:p>
      <w:r>
        <w:rPr>
          <w:b w:val="0"/>
          <w:sz w:val="20"/>
        </w:rPr>
        <w:t>9.2 The Employee’s employment with the Seconding Company is not terminated by this Letter and shall continue subject to its terms.</w:t>
      </w:r>
    </w:p>
    <w:p>
      <w:r>
        <w:rPr>
          <w:b w:val="0"/>
          <w:sz w:val="20"/>
        </w:rPr>
        <w:t>9.3 Termination of the secondment shall not affect any accrued rights or liabilities of the parties.</w:t>
      </w:r>
    </w:p>
    <w:p/>
    <w:p>
      <w:r>
        <w:rPr>
          <w:b/>
          <w:sz w:val="20"/>
        </w:rPr>
        <w:t>10. Post-Secondment</w:t>
      </w:r>
    </w:p>
    <w:p>
      <w:r>
        <w:rPr>
          <w:b w:val="0"/>
          <w:sz w:val="20"/>
        </w:rPr>
        <w:t>10.1 Upon termination of the secondment, the Employee shall return to the Seconding Company and resume duties as directed.</w:t>
      </w:r>
    </w:p>
    <w:p>
      <w:r>
        <w:rPr>
          <w:b w:val="0"/>
          <w:sz w:val="20"/>
        </w:rPr>
        <w:t>10.2 The Employee agrees not to solicit business or employees from the Host Company for a period of six months following the end of the secondment.</w:t>
      </w:r>
    </w:p>
    <w:p/>
    <w:p>
      <w:r>
        <w:rPr>
          <w:b/>
          <w:sz w:val="20"/>
        </w:rPr>
        <w:t>11. Governing Law and Jurisdiction</w:t>
      </w:r>
    </w:p>
    <w:p>
      <w:r>
        <w:rPr>
          <w:b w:val="0"/>
          <w:sz w:val="20"/>
        </w:rPr>
        <w:t>11.1 This Letter shall be governed by and construed in accordance with the laws of England and Wales.</w:t>
      </w:r>
    </w:p>
    <w:p>
      <w:r>
        <w:rPr>
          <w:b w:val="0"/>
          <w:sz w:val="20"/>
        </w:rPr>
        <w:t>11.2 The parties irrevocably submit to the exclusive jurisdiction of the courts of England and Wales in respect of any dispute arising out of or in connection with this Letter.</w:t>
      </w:r>
    </w:p>
    <w:p/>
    <w:p/>
    <w:p>
      <w:pPr>
        <w:jc w:val="center"/>
      </w:pPr>
      <w:r>
        <w:rPr>
          <w:b/>
          <w:sz w:val="20"/>
        </w:rPr>
        <w:t>Execution</w:t>
      </w:r>
    </w:p>
    <w:p/>
    <w:p/>
    <w:p>
      <w:r>
        <w:rPr>
          <w:b w:val="0"/>
          <w:sz w:val="20"/>
        </w:rPr>
        <w:t>Place: ___________________________________________</w:t>
      </w:r>
    </w:p>
    <w:p>
      <w:r>
        <w:rPr>
          <w:b w:val="0"/>
          <w:sz w:val="20"/>
        </w:rPr>
        <w:t>Date: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 the Seconding Company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For the Host Company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Position: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Position: 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https://docstemplates-uk.com/secondment-letter/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uk.com/secondment-letter/" TargetMode="External"/><Relationship Id="rId10" Type="http://schemas.openxmlformats.org/officeDocument/2006/relationships/hyperlink" Target="https://docs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