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STATUTORY DECLARATION</w:t>
      </w:r>
    </w:p>
    <w:p/>
    <w:p/>
    <w:p>
      <w:r>
        <w:rPr>
          <w:b/>
          <w:sz w:val="20"/>
        </w:rPr>
        <w:t>I, the undersigned, hereby solemnly and sincerely declare as follows, pursuant to the Statutory Declarations Act 1835:</w:t>
      </w:r>
    </w:p>
    <w:p/>
    <w:p>
      <w:r>
        <w:rPr>
          <w:b/>
          <w:sz w:val="20"/>
        </w:rPr>
        <w:t>Declarant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Occupation: ______________________________________________________________</w:t>
      </w:r>
    </w:p>
    <w:p>
      <w:r>
        <w:rPr>
          <w:b w:val="0"/>
          <w:sz w:val="20"/>
        </w:rPr>
        <w:t>Contact Number: __________________________________________________________</w:t>
      </w:r>
    </w:p>
    <w:p/>
    <w:p>
      <w:r>
        <w:rPr>
          <w:b/>
          <w:sz w:val="20"/>
        </w:rPr>
        <w:t>Declaration Statements:</w:t>
      </w:r>
    </w:p>
    <w:p>
      <w:r>
        <w:rPr>
          <w:b w:val="0"/>
          <w:sz w:val="20"/>
        </w:rPr>
        <w:t>1. I make this declaration conscientiously believing the statements contained herein to be true.</w:t>
      </w:r>
    </w:p>
    <w:p>
      <w:r>
        <w:rPr>
          <w:b w:val="0"/>
          <w:sz w:val="20"/>
        </w:rPr>
        <w:t>2. I understand that making a false declaration is a criminal offence under UK law and may result in prosecution.</w:t>
      </w:r>
    </w:p>
    <w:p>
      <w:r>
        <w:rPr>
          <w:b w:val="0"/>
          <w:sz w:val="20"/>
        </w:rPr>
        <w:t>3. The facts and information provided in this declaration relate to the matter described below and are within my personal knowledge or otherwise believed to be true.</w:t>
      </w:r>
    </w:p>
    <w:p/>
    <w:p>
      <w:r>
        <w:rPr>
          <w:b/>
          <w:sz w:val="20"/>
        </w:rPr>
        <w:t>Details of Declaration:</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Additional Affirmations:</w:t>
      </w:r>
    </w:p>
    <w:p>
      <w:r>
        <w:rPr>
          <w:b w:val="0"/>
          <w:sz w:val="20"/>
        </w:rPr>
        <w:t>4. I acknowledge that this declaration may be admissible in evidence in legal proceedings and that I may be required to verify the contents herein.</w:t>
      </w:r>
    </w:p>
    <w:p>
      <w:r>
        <w:rPr>
          <w:b w:val="0"/>
          <w:sz w:val="20"/>
        </w:rPr>
        <w:t>5. I confirm that I am competent to make this declaration and that no coercion or undue influence has been exerted on me.</w:t>
      </w:r>
    </w:p>
    <w:p/>
    <w:p>
      <w:r>
        <w:rPr>
          <w:b w:val="0"/>
          <w:sz w:val="20"/>
        </w:rPr>
        <w:t>Signature of Declarant: _________________________________________________</w:t>
      </w:r>
    </w:p>
    <w:p>
      <w:r>
        <w:rPr>
          <w:b w:val="0"/>
          <w:sz w:val="20"/>
        </w:rPr>
        <w:t>Name (printed): _________________________________________________________</w:t>
      </w:r>
    </w:p>
    <w:p>
      <w:r>
        <w:rPr>
          <w:b w:val="0"/>
          <w:sz w:val="20"/>
        </w:rPr>
        <w:t>Date: _________________________________________________________________</w:t>
      </w:r>
    </w:p>
    <w:p/>
    <w:p/>
    <w:p>
      <w:r>
        <w:rPr>
          <w:b/>
          <w:sz w:val="20"/>
        </w:rPr>
        <w:t>Witness to the Declaration:</w:t>
      </w:r>
    </w:p>
    <w:p>
      <w:r>
        <w:rPr>
          <w:b w:val="0"/>
          <w:sz w:val="20"/>
        </w:rPr>
        <w:t>I certify that the above declaration was signed and declared to me by the Declarant on the date stated above, and that the Declarant is personally known to me or has provided satisfactory evidence of identity.</w:t>
      </w:r>
    </w:p>
    <w:p/>
    <w:p>
      <w:r>
        <w:rPr>
          <w:b w:val="0"/>
          <w:sz w:val="20"/>
        </w:rPr>
        <w:t>Name of Witness: ________________________________________________________</w:t>
      </w:r>
    </w:p>
    <w:p>
      <w:r>
        <w:rPr>
          <w:b w:val="0"/>
          <w:sz w:val="20"/>
        </w:rPr>
        <w:t>Address of Witness: _____________________________________________________</w:t>
      </w:r>
    </w:p>
    <w:p>
      <w:r>
        <w:rPr>
          <w:b w:val="0"/>
          <w:sz w:val="20"/>
        </w:rPr>
        <w:t>Occupation of Witness: ___________________________________________________</w:t>
      </w:r>
    </w:p>
    <w:p>
      <w:r>
        <w:rPr>
          <w:b w:val="0"/>
          <w:sz w:val="20"/>
        </w:rPr>
        <w:t>Signature of Witness: ____________________________________________________</w:t>
      </w:r>
    </w:p>
    <w:p>
      <w:r>
        <w:rPr>
          <w:b w:val="0"/>
          <w:sz w:val="20"/>
        </w:rPr>
        <w:t>Date: _________________________________________________________________</w:t>
      </w:r>
    </w:p>
    <w:p/>
    <w:p/>
    <w:p>
      <w:r>
        <w:rPr>
          <w:b/>
          <w:sz w:val="20"/>
        </w:rPr>
        <w:t>Note: The witness must be an authorised person under the Statutory Declarations Act 1835, such as a solicitor, commissioner for oaths, notary public, justice of the peace, or a person authorised by law to administer oaths.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DECLARANT</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t>Signature: _________________________</w:t>
            </w:r>
          </w:p>
        </w:tc>
        <w:tc>
          <w:tcPr>
            <w:tcW w:type="dxa" w:w="4986"/>
            <w:tcBorders>
              <w:top w:val="nil"/>
              <w:left w:val="nil"/>
              <w:bottom w:val="nil"/>
              <w:right w:val="nil"/>
              <w:insideH w:val="nil"/>
              <w:insideV w:val="nil"/>
            </w:tcBorders>
          </w:tcPr>
          <w:p>
            <w:pPr>
              <w:jc w:val="center"/>
            </w:pPr>
            <w: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https://docstemplates-uk.com/statutory-declaration-form/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statutory-declaration-form/"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