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TENANT APPLICATION FORM</w:t>
      </w:r>
    </w:p>
    <w:p/>
    <w:p/>
    <w:p>
      <w:r>
        <w:rPr>
          <w:b/>
          <w:sz w:val="22"/>
        </w:rPr>
        <w:t>1. Applicant Details</w:t>
      </w:r>
    </w:p>
    <w:p>
      <w:r>
        <w:rPr>
          <w:b w:val="0"/>
          <w:sz w:val="20"/>
        </w:rPr>
        <w:t>Full Name: ____________________________________________________________</w:t>
      </w:r>
    </w:p>
    <w:p>
      <w:r>
        <w:rPr>
          <w:b w:val="0"/>
          <w:sz w:val="20"/>
        </w:rPr>
        <w:t>Date of Birth: ______________________________</w:t>
      </w:r>
    </w:p>
    <w:p>
      <w:r>
        <w:rPr>
          <w:b w:val="0"/>
          <w:sz w:val="20"/>
        </w:rPr>
        <w:t>National Insurance Number: _____________________________________________</w:t>
      </w:r>
    </w:p>
    <w:p>
      <w:r>
        <w:rPr>
          <w:b w:val="0"/>
          <w:sz w:val="20"/>
        </w:rPr>
        <w:t>Current Address: ______________________________________________________</w:t>
      </w:r>
    </w:p>
    <w:p>
      <w:r>
        <w:rPr>
          <w:b w:val="0"/>
          <w:sz w:val="20"/>
        </w:rPr>
        <w:t>______________________________________________________________________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2"/>
        </w:rPr>
        <w:t>2. Current Tenancy Details</w:t>
      </w:r>
    </w:p>
    <w:p>
      <w:r>
        <w:rPr>
          <w:b w:val="0"/>
          <w:sz w:val="20"/>
        </w:rPr>
        <w:t>Current Landlord/Agent Name: ___________________________________________</w:t>
      </w:r>
    </w:p>
    <w:p>
      <w:r>
        <w:rPr>
          <w:b w:val="0"/>
          <w:sz w:val="20"/>
        </w:rPr>
        <w:t>Landlord/Agent Contact Number: _________________________________________</w:t>
      </w:r>
    </w:p>
    <w:p>
      <w:r>
        <w:rPr>
          <w:b w:val="0"/>
          <w:sz w:val="20"/>
        </w:rPr>
        <w:t>Current Address of Tenancy: ____________________________________________</w:t>
      </w:r>
    </w:p>
    <w:p>
      <w:r>
        <w:rPr>
          <w:b w:val="0"/>
          <w:sz w:val="20"/>
        </w:rPr>
        <w:t>______________________________________________________________________</w:t>
      </w:r>
    </w:p>
    <w:p>
      <w:r>
        <w:rPr>
          <w:b w:val="0"/>
          <w:sz w:val="20"/>
        </w:rPr>
        <w:t>Duration of Tenancy (From - To): ________________________________________</w:t>
      </w:r>
    </w:p>
    <w:p>
      <w:r>
        <w:rPr>
          <w:b w:val="0"/>
          <w:sz w:val="20"/>
        </w:rPr>
        <w:t>Reason for Leaving: ____________________________________________________</w:t>
      </w:r>
    </w:p>
    <w:p/>
    <w:p>
      <w:r>
        <w:rPr>
          <w:b/>
          <w:sz w:val="22"/>
        </w:rPr>
        <w:t>3. Employment and Income</w:t>
      </w:r>
    </w:p>
    <w:p>
      <w:r>
        <w:rPr>
          <w:b w:val="0"/>
          <w:sz w:val="20"/>
        </w:rPr>
        <w:t>Employment Status (e.g. Employed, Self-employed, Unemployed): ________________</w:t>
      </w:r>
    </w:p>
    <w:p>
      <w:r>
        <w:rPr>
          <w:b w:val="0"/>
          <w:sz w:val="20"/>
        </w:rPr>
        <w:t>Occupation: ____________________________________________________________</w:t>
      </w:r>
    </w:p>
    <w:p>
      <w:r>
        <w:rPr>
          <w:b w:val="0"/>
          <w:sz w:val="20"/>
        </w:rPr>
        <w:t>Employer Name: ________________________________________________________</w:t>
      </w:r>
    </w:p>
    <w:p>
      <w:r>
        <w:rPr>
          <w:b w:val="0"/>
          <w:sz w:val="20"/>
        </w:rPr>
        <w:t>Employer Address: _____________________________________________________</w:t>
      </w:r>
    </w:p>
    <w:p>
      <w:r>
        <w:rPr>
          <w:b w:val="0"/>
          <w:sz w:val="20"/>
        </w:rPr>
        <w:t>______________________________________________________________________</w:t>
      </w:r>
    </w:p>
    <w:p>
      <w:r>
        <w:rPr>
          <w:b w:val="0"/>
          <w:sz w:val="20"/>
        </w:rPr>
        <w:t>Employer Contact Number: ______________________________________________</w:t>
      </w:r>
    </w:p>
    <w:p>
      <w:r>
        <w:rPr>
          <w:b w:val="0"/>
          <w:sz w:val="20"/>
        </w:rPr>
        <w:t>Annual Income (GBP): ___________________________________________________</w:t>
      </w:r>
    </w:p>
    <w:p/>
    <w:p>
      <w:r>
        <w:rPr>
          <w:b/>
          <w:sz w:val="22"/>
        </w:rPr>
        <w:t>4. Financial and Credit Information</w:t>
      </w:r>
    </w:p>
    <w:p>
      <w:r>
        <w:rPr>
          <w:b w:val="0"/>
          <w:sz w:val="20"/>
        </w:rPr>
        <w:t>Are you currently subject to any County Court Judgements (CCJs), bankruptcies, or other financial proceedings? (Yes/No): ________________</w:t>
      </w:r>
    </w:p>
    <w:p>
      <w:r>
        <w:rPr>
          <w:b w:val="0"/>
          <w:sz w:val="20"/>
        </w:rPr>
        <w:t>If yes, please provide details: __________________________________________</w:t>
      </w:r>
    </w:p>
    <w:p>
      <w:r>
        <w:rPr>
          <w:b w:val="0"/>
          <w:sz w:val="20"/>
        </w:rPr>
        <w:t>______________________________________________________________________</w:t>
      </w:r>
    </w:p>
    <w:p>
      <w:r>
        <w:rPr>
          <w:b w:val="0"/>
          <w:sz w:val="20"/>
        </w:rPr>
        <w:t>Do you have any outstanding debts related to previous tenancies? (Yes/No): ________________</w:t>
      </w:r>
    </w:p>
    <w:p>
      <w:r>
        <w:rPr>
          <w:b w:val="0"/>
          <w:sz w:val="20"/>
        </w:rPr>
        <w:t>If yes, please provide details: __________________________________________</w:t>
      </w:r>
    </w:p>
    <w:p/>
    <w:p>
      <w:r>
        <w:rPr>
          <w:b/>
          <w:sz w:val="22"/>
        </w:rPr>
        <w:t>5. References</w:t>
      </w:r>
    </w:p>
    <w:p>
      <w:r>
        <w:rPr>
          <w:b w:val="0"/>
          <w:sz w:val="20"/>
        </w:rPr>
        <w:t>Please provide two references not related to you:</w:t>
      </w:r>
    </w:p>
    <w:p>
      <w:r>
        <w:rPr>
          <w:b w:val="0"/>
          <w:sz w:val="20"/>
        </w:rPr>
        <w:t>Reference 1:</w:t>
      </w:r>
    </w:p>
    <w:p>
      <w:r>
        <w:rPr>
          <w:b w:val="0"/>
          <w:sz w:val="20"/>
        </w:rPr>
        <w:t>Full Name: ____________________________________________________________</w:t>
      </w:r>
    </w:p>
    <w:p>
      <w:r>
        <w:rPr>
          <w:b w:val="0"/>
          <w:sz w:val="20"/>
        </w:rPr>
        <w:t>Relationship: 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p>
      <w:r>
        <w:rPr>
          <w:b w:val="0"/>
          <w:sz w:val="20"/>
        </w:rPr>
        <w:t>Reference 2:</w:t>
      </w:r>
    </w:p>
    <w:p>
      <w:r>
        <w:rPr>
          <w:b w:val="0"/>
          <w:sz w:val="20"/>
        </w:rPr>
        <w:t>Full Name: ____________________________________________________________</w:t>
      </w:r>
    </w:p>
    <w:p>
      <w:r>
        <w:rPr>
          <w:b w:val="0"/>
          <w:sz w:val="20"/>
        </w:rPr>
        <w:t>Relationship: 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p>
      <w:r>
        <w:rPr>
          <w:b/>
          <w:sz w:val="22"/>
        </w:rPr>
        <w:t>6. Additional Occupants</w:t>
      </w:r>
    </w:p>
    <w:p>
      <w:r>
        <w:rPr>
          <w:b w:val="0"/>
          <w:sz w:val="20"/>
        </w:rPr>
        <w:t>Please list all other occupants who will live in the property:</w:t>
      </w:r>
    </w:p>
    <w:p>
      <w:r>
        <w:rPr>
          <w:b w:val="0"/>
          <w:sz w:val="20"/>
        </w:rPr>
        <w:t>Full Name: ____________________________________________________________</w:t>
      </w:r>
    </w:p>
    <w:p>
      <w:r>
        <w:rPr>
          <w:b w:val="0"/>
          <w:sz w:val="20"/>
        </w:rPr>
        <w:t>Relationship to Applicant: ______________________________________________</w:t>
      </w:r>
    </w:p>
    <w:p>
      <w:r>
        <w:rPr>
          <w:b w:val="0"/>
          <w:sz w:val="20"/>
        </w:rPr>
        <w:t>Date of Birth: _________________________________________________________</w:t>
      </w:r>
    </w:p>
    <w:p>
      <w:r>
        <w:rPr>
          <w:b w:val="0"/>
          <w:sz w:val="20"/>
        </w:rPr>
        <w:t>______________________________________________________________________</w:t>
      </w:r>
    </w:p>
    <w:p>
      <w:r>
        <w:rPr>
          <w:b w:val="0"/>
          <w:sz w:val="20"/>
        </w:rPr>
        <w:t>Full Name: ____________________________________________________________</w:t>
      </w:r>
    </w:p>
    <w:p>
      <w:r>
        <w:rPr>
          <w:b w:val="0"/>
          <w:sz w:val="20"/>
        </w:rPr>
        <w:t>Relationship to Applicant: ______________________________________________</w:t>
      </w:r>
    </w:p>
    <w:p>
      <w:r>
        <w:rPr>
          <w:b w:val="0"/>
          <w:sz w:val="20"/>
        </w:rPr>
        <w:t>Date of Birth: _________________________________________________________</w:t>
      </w:r>
    </w:p>
    <w:p/>
    <w:p>
      <w:r>
        <w:rPr>
          <w:b/>
          <w:sz w:val="22"/>
        </w:rPr>
        <w:t>7. Declaration and Consent</w:t>
      </w:r>
    </w:p>
    <w:p>
      <w:r>
        <w:rPr>
          <w:b w:val="0"/>
          <w:sz w:val="20"/>
        </w:rPr>
        <w:t>I hereby declare that the information provided in this application is true and correct to the best of my knowledge. I understand that providing false information may result in my application being denied or any tenancy agreement being terminated.</w:t>
      </w:r>
    </w:p>
    <w:p/>
    <w:p>
      <w:r>
        <w:rPr>
          <w:b w:val="0"/>
          <w:sz w:val="20"/>
        </w:rPr>
        <w:t>I consent to the landlord or their agent conducting credit checks, referencing, and verifying the information provided in this application for the purpose of assessing my suitability as a tenant.</w:t>
      </w:r>
    </w:p>
    <w:p/>
    <w:p>
      <w:r>
        <w:rPr>
          <w:b w:val="0"/>
          <w:sz w:val="20"/>
        </w:rPr>
        <w:t>I understand that this application does not constitute a tenancy agreement and that no tenancy will commence until a formal tenancy agreement has been signed by all parties.</w:t>
      </w:r>
    </w:p>
    <w:p/>
    <w:p>
      <w:r>
        <w:rPr>
          <w:b/>
          <w:sz w:val="22"/>
        </w:rPr>
        <w:t>8. Data Protection</w:t>
      </w:r>
    </w:p>
    <w:p>
      <w:r>
        <w:rPr>
          <w:b w:val="0"/>
          <w:sz w:val="20"/>
        </w:rPr>
        <w:t>The personal data provided in this application form will be processed in accordance with the UK Data Protection Act 2018 and the UK GDPR for the purposes of tenancy application, referencing, and administration. Your data will be stored securely and will not be shared with third parties other than for the purposes of referencing and credit checks.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Signature</w:t>
            </w:r>
          </w:p>
        </w:tc>
        <w:tc>
          <w:tcPr>
            <w:tcW w:type="dxa" w:w="4986"/>
            <w:tcBorders>
              <w:top w:val="nil"/>
              <w:left w:val="nil"/>
              <w:bottom w:val="nil"/>
              <w:right w:val="nil"/>
              <w:insideH w:val="nil"/>
              <w:insideV w:val="nil"/>
            </w:tcBorders>
          </w:tcPr>
          <w:p>
            <w:pPr>
              <w:jc w:val="center"/>
            </w:pPr>
            <w:r>
              <w:t>Agent/Landlord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Full Name: __________________________</w:t>
            </w:r>
          </w:p>
        </w:tc>
        <w:tc>
          <w:tcPr>
            <w:tcW w:type="dxa" w:w="4986"/>
            <w:tcBorders>
              <w:top w:val="nil"/>
              <w:left w:val="nil"/>
              <w:bottom w:val="nil"/>
              <w:right w:val="nil"/>
              <w:insideH w:val="nil"/>
              <w:insideV w:val="nil"/>
            </w:tcBorders>
          </w:tcPr>
          <w:p>
            <w:pPr>
              <w:jc w:val="center"/>
            </w:pPr>
            <w:r>
              <w:t>Full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https://docstemplates-uk.com/tenant-application-form/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tenant-application-form/"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