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VOLUNTEER APPLICATION FORM</w:t>
      </w:r>
    </w:p>
    <w:p/>
    <w:p/>
    <w:p>
      <w:r>
        <w:rPr>
          <w:b/>
          <w:sz w:val="20"/>
        </w:rPr>
        <w:t>Personal Details</w:t>
      </w:r>
    </w:p>
    <w:p>
      <w:r>
        <w:rPr>
          <w:b w:val="0"/>
          <w:sz w:val="20"/>
        </w:rPr>
        <w:t>Full Name: _____________________________________________________________</w:t>
      </w:r>
    </w:p>
    <w:p>
      <w:r>
        <w:rPr>
          <w:b w:val="0"/>
          <w:sz w:val="20"/>
        </w:rPr>
        <w:t>Date of Birth: __________________________________________________________</w:t>
      </w:r>
    </w:p>
    <w:p>
      <w:r>
        <w:rPr>
          <w:b w:val="0"/>
          <w:sz w:val="20"/>
        </w:rPr>
        <w:t>National Insurance Number: _______________________________________________</w:t>
      </w:r>
    </w:p>
    <w:p>
      <w:r>
        <w:rPr>
          <w:b w:val="0"/>
          <w:sz w:val="20"/>
        </w:rPr>
        <w:t>Address: ________________________________________________________________</w:t>
      </w:r>
    </w:p>
    <w:p>
      <w:r>
        <w:rPr>
          <w:b w:val="0"/>
          <w:sz w:val="20"/>
        </w:rPr>
        <w:t xml:space="preserve">         ________________________________________________________________</w:t>
      </w:r>
    </w:p>
    <w:p>
      <w:r>
        <w:rPr>
          <w:b w:val="0"/>
          <w:sz w:val="20"/>
        </w:rPr>
        <w:t>Phone Number: ___________________________________________________________</w:t>
      </w:r>
    </w:p>
    <w:p>
      <w:r>
        <w:rPr>
          <w:b w:val="0"/>
          <w:sz w:val="20"/>
        </w:rPr>
        <w:t>Email Address: ___________________________________________________________</w:t>
      </w:r>
    </w:p>
    <w:p/>
    <w:p>
      <w:r>
        <w:rPr>
          <w:b/>
          <w:sz w:val="20"/>
        </w:rPr>
        <w:t>Emergency Contact Details</w:t>
      </w:r>
    </w:p>
    <w:p>
      <w:r>
        <w:rPr>
          <w:b w:val="0"/>
          <w:sz w:val="20"/>
        </w:rPr>
        <w:t>Full Name: _____________________________________________________________</w:t>
      </w:r>
    </w:p>
    <w:p>
      <w:r>
        <w:rPr>
          <w:b w:val="0"/>
          <w:sz w:val="20"/>
        </w:rPr>
        <w:t>Relationship: ___________________________________________________________</w:t>
      </w:r>
    </w:p>
    <w:p>
      <w:r>
        <w:rPr>
          <w:b w:val="0"/>
          <w:sz w:val="20"/>
        </w:rPr>
        <w:t>Phone Number: ___________________________________________________________</w:t>
      </w:r>
    </w:p>
    <w:p/>
    <w:p>
      <w:r>
        <w:rPr>
          <w:b/>
          <w:sz w:val="20"/>
        </w:rPr>
        <w:t>Availability</w:t>
      </w:r>
    </w:p>
    <w:p>
      <w:r>
        <w:rPr>
          <w:b w:val="0"/>
          <w:sz w:val="20"/>
        </w:rPr>
        <w:t>Please indicate your availability for volunteering activities:</w:t>
      </w:r>
    </w:p>
    <w:p>
      <w:r>
        <w:rPr>
          <w:b w:val="0"/>
          <w:sz w:val="20"/>
        </w:rPr>
        <w:t>- Weekdays (please specify days and times): ____________________________</w:t>
      </w:r>
    </w:p>
    <w:p>
      <w:r>
        <w:rPr>
          <w:b w:val="0"/>
          <w:sz w:val="20"/>
        </w:rPr>
        <w:t>- Weekends (please specify days and times): ____________________________</w:t>
      </w:r>
    </w:p>
    <w:p>
      <w:r>
        <w:rPr>
          <w:b w:val="0"/>
          <w:sz w:val="20"/>
        </w:rPr>
        <w:t>- Occasional events: ___________________________________________________</w:t>
      </w:r>
    </w:p>
    <w:p/>
    <w:p>
      <w:r>
        <w:rPr>
          <w:b/>
          <w:sz w:val="20"/>
        </w:rPr>
        <w:t>Skills and Experience</w:t>
      </w:r>
    </w:p>
    <w:p>
      <w:r>
        <w:rPr>
          <w:b w:val="0"/>
          <w:sz w:val="20"/>
        </w:rPr>
        <w:t>Please describe any relevant skills, qualifications, or experience you have that may be applicable:</w:t>
      </w:r>
    </w:p>
    <w:p>
      <w:r>
        <w:rPr>
          <w:b w:val="0"/>
          <w:sz w:val="20"/>
        </w:rPr>
        <w:t>________________________________________________________________________</w:t>
      </w:r>
    </w:p>
    <w:p>
      <w:r>
        <w:rPr>
          <w:b w:val="0"/>
          <w:sz w:val="20"/>
        </w:rPr>
        <w:t>________________________________________________________________________</w:t>
      </w:r>
    </w:p>
    <w:p>
      <w:r>
        <w:rPr>
          <w:b w:val="0"/>
          <w:sz w:val="20"/>
        </w:rPr>
        <w:t>________________________________________________________________________</w:t>
      </w:r>
    </w:p>
    <w:p/>
    <w:p>
      <w:r>
        <w:rPr>
          <w:b/>
          <w:sz w:val="20"/>
        </w:rPr>
        <w:t>Volunteer Interests</w:t>
      </w:r>
    </w:p>
    <w:p>
      <w:r>
        <w:rPr>
          <w:b w:val="0"/>
          <w:sz w:val="20"/>
        </w:rPr>
        <w:t>Please indicate which areas you are interested in volunteering:</w:t>
      </w:r>
    </w:p>
    <w:p>
      <w:r>
        <w:rPr>
          <w:b w:val="0"/>
          <w:sz w:val="20"/>
        </w:rPr>
        <w:t>- Administration _______________________________________________________</w:t>
      </w:r>
    </w:p>
    <w:p>
      <w:r>
        <w:rPr>
          <w:b w:val="0"/>
          <w:sz w:val="20"/>
        </w:rPr>
        <w:t>- Event Support ________________________________________________________</w:t>
      </w:r>
    </w:p>
    <w:p>
      <w:r>
        <w:rPr>
          <w:b w:val="0"/>
          <w:sz w:val="20"/>
        </w:rPr>
        <w:t>- Fundraising __________________________________________________________</w:t>
      </w:r>
    </w:p>
    <w:p>
      <w:r>
        <w:rPr>
          <w:b w:val="0"/>
          <w:sz w:val="20"/>
        </w:rPr>
        <w:t>- Outreach and Education ________________________________________________</w:t>
      </w:r>
    </w:p>
    <w:p>
      <w:r>
        <w:rPr>
          <w:b w:val="0"/>
          <w:sz w:val="20"/>
        </w:rPr>
        <w:t>- Other (please specify): _______________________________________________</w:t>
      </w:r>
    </w:p>
    <w:p/>
    <w:p>
      <w:r>
        <w:rPr>
          <w:b/>
          <w:sz w:val="20"/>
        </w:rPr>
        <w:t>Disclosure and Barring Service (DBS) Check Consent</w:t>
      </w:r>
    </w:p>
    <w:p>
      <w:r>
        <w:rPr>
          <w:b w:val="0"/>
          <w:sz w:val="20"/>
        </w:rPr>
        <w:t>I hereby consent to the organisation undertaking a DBS check where necessary in relation to my volunteering role. I confirm that I have read and understood the information provided about the DBS process and agree to provide the necessary information to facilitate this check.</w:t>
      </w:r>
    </w:p>
    <w:p/>
    <w:p>
      <w:r>
        <w:rPr>
          <w:b/>
          <w:sz w:val="20"/>
        </w:rPr>
        <w:t>Data Protection</w:t>
      </w:r>
    </w:p>
    <w:p>
      <w:r>
        <w:rPr>
          <w:b w:val="0"/>
          <w:sz w:val="20"/>
        </w:rPr>
        <w:t>I consent to the processing of my personal data contained in this application for the purposes of volunteer recruitment and management. I understand that my data will be handled in accordance with the General Data Protection Regulation (GDPR) and the organisation's privacy policy.</w:t>
      </w:r>
    </w:p>
    <w:p/>
    <w:p>
      <w:r>
        <w:rPr>
          <w:b/>
          <w:sz w:val="20"/>
        </w:rPr>
        <w:t>Health and Safety</w:t>
      </w:r>
    </w:p>
    <w:p>
      <w:r>
        <w:rPr>
          <w:b w:val="0"/>
          <w:sz w:val="20"/>
        </w:rPr>
        <w:t>I confirm that I do not have any medical condition that would prevent me from safely carrying out volunteer duties. I agree to inform the organisation if any such conditions arise.</w:t>
      </w:r>
    </w:p>
    <w:p/>
    <w:p>
      <w:r>
        <w:rPr>
          <w:b/>
          <w:sz w:val="20"/>
        </w:rPr>
        <w:t>Equal Opportunities Monitoring (Optional)</w:t>
      </w:r>
    </w:p>
    <w:p>
      <w:r>
        <w:rPr>
          <w:b w:val="0"/>
          <w:sz w:val="20"/>
        </w:rPr>
        <w:t>The organisation is committed to promoting equality and diversity. To help us monitor this, please provide the following information. You may leave any question blank if you prefer not to answer.</w:t>
      </w:r>
    </w:p>
    <w:p>
      <w:r>
        <w:rPr>
          <w:b w:val="0"/>
          <w:sz w:val="20"/>
        </w:rPr>
        <w:t>Gender: ________________________________________________________________</w:t>
      </w:r>
    </w:p>
    <w:p>
      <w:r>
        <w:rPr>
          <w:b w:val="0"/>
          <w:sz w:val="20"/>
        </w:rPr>
        <w:t>Ethnic Origin: __________________________________________________________</w:t>
      </w:r>
    </w:p>
    <w:p>
      <w:r>
        <w:rPr>
          <w:b w:val="0"/>
          <w:sz w:val="20"/>
        </w:rPr>
        <w:t>Disability: _____________________________________________________________</w:t>
      </w:r>
    </w:p>
    <w:p/>
    <w:p>
      <w:r>
        <w:rPr>
          <w:b/>
          <w:sz w:val="20"/>
        </w:rPr>
        <w:t>Declaration</w:t>
      </w:r>
    </w:p>
    <w:p>
      <w:r>
        <w:rPr>
          <w:b w:val="0"/>
          <w:sz w:val="20"/>
        </w:rPr>
        <w:t>I confirm that the information given in this application is true and accurate to the best of my knowledge. I understand that providing false information may result in the withdrawal of any offer to volunteer or termination of my volunteering role.</w:t>
      </w:r>
    </w:p>
    <w:p/>
    <w:p>
      <w:r>
        <w:rPr>
          <w:b/>
          <w:sz w:val="20"/>
        </w:rPr>
        <w:t>Agreement to Terms</w:t>
      </w:r>
    </w:p>
    <w:p>
      <w:r>
        <w:rPr>
          <w:b w:val="0"/>
          <w:sz w:val="20"/>
        </w:rPr>
        <w:t>I agree to abide by the policies and procedures of the organisation during my time as a volunteer, including those relating to confidentiality, health and safety, and conduct.</w:t>
      </w:r>
    </w:p>
    <w:p/>
    <w:p/>
    <w:p>
      <w:r>
        <w:rPr>
          <w:b w:val="0"/>
          <w:sz w:val="20"/>
        </w:rPr>
        <w:t>Signature: ______________________________________</w:t>
      </w:r>
    </w:p>
    <w:p>
      <w:r>
        <w:rPr>
          <w:b w:val="0"/>
          <w:sz w:val="20"/>
        </w:rPr>
        <w:t>Print Name: ____________________________________</w:t>
      </w:r>
    </w:p>
    <w:p>
      <w:r>
        <w:rPr>
          <w:b w:val="0"/>
          <w:sz w:val="20"/>
        </w:rPr>
        <w:t>Date: __________________________________________</w:t>
      </w:r>
    </w:p>
    <w:p/>
    <w:p/>
    <w:p>
      <w:pPr>
        <w:jc w:val="center"/>
      </w:pPr>
      <w:r>
        <w:rPr>
          <w:b/>
          <w:sz w:val="20"/>
        </w:rPr>
        <w:t>FOR OFFICE USE ONLY</w:t>
      </w:r>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Application Received By:</w:t>
            </w:r>
          </w:p>
        </w:tc>
        <w:tc>
          <w:tcPr>
            <w:tcW w:type="dxa" w:w="4986"/>
            <w:tcBorders>
              <w:top w:val="nil"/>
              <w:left w:val="nil"/>
              <w:bottom w:val="nil"/>
              <w:right w:val="nil"/>
              <w:insideH w:val="nil"/>
              <w:insideV w:val="nil"/>
            </w:tcBorders>
          </w:tcPr>
          <w:p>
            <w:pPr>
              <w:jc w:val="center"/>
            </w:pPr>
            <w:r>
              <w:t>Date Received:</w:t>
            </w:r>
          </w:p>
        </w:tc>
      </w:tr>
      <w:tr>
        <w:tc>
          <w:tcPr>
            <w:tcW w:type="dxa" w:w="4986"/>
            <w:tcBorders>
              <w:top w:val="nil"/>
              <w:left w:val="nil"/>
              <w:bottom w:val="nil"/>
              <w:right w:val="nil"/>
              <w:insideH w:val="nil"/>
              <w:insideV w:val="nil"/>
            </w:tcBorders>
          </w:tcPr>
          <w:p>
            <w:pPr>
              <w:jc w:val="center"/>
            </w:pPr>
            <w:r>
              <w:t>Interview Conducted By:</w:t>
            </w:r>
          </w:p>
        </w:tc>
        <w:tc>
          <w:tcPr>
            <w:tcW w:type="dxa" w:w="4986"/>
            <w:tcBorders>
              <w:top w:val="nil"/>
              <w:left w:val="nil"/>
              <w:bottom w:val="nil"/>
              <w:right w:val="nil"/>
              <w:insideH w:val="nil"/>
              <w:insideV w:val="nil"/>
            </w:tcBorders>
          </w:tcPr>
          <w:p>
            <w:pPr>
              <w:jc w:val="center"/>
            </w:pPr>
            <w:r>
              <w:t>Interview Date:</w:t>
            </w:r>
          </w:p>
        </w:tc>
      </w:tr>
      <w:tr>
        <w:tc>
          <w:tcPr>
            <w:tcW w:type="dxa" w:w="4986"/>
            <w:tcBorders>
              <w:top w:val="nil"/>
              <w:left w:val="nil"/>
              <w:bottom w:val="nil"/>
              <w:right w:val="nil"/>
              <w:insideH w:val="nil"/>
              <w:insideV w:val="nil"/>
            </w:tcBorders>
          </w:tcPr>
          <w:p>
            <w:pPr>
              <w:jc w:val="center"/>
            </w:pPr>
            <w:r>
              <w:t>Reference Checks Completed:</w:t>
            </w:r>
          </w:p>
        </w:tc>
        <w:tc>
          <w:tcPr>
            <w:tcW w:type="dxa" w:w="4986"/>
            <w:tcBorders>
              <w:top w:val="nil"/>
              <w:left w:val="nil"/>
              <w:bottom w:val="nil"/>
              <w:right w:val="nil"/>
              <w:insideH w:val="nil"/>
              <w:insideV w:val="nil"/>
            </w:tcBorders>
          </w:tcPr>
          <w:p>
            <w:pPr>
              <w:jc w:val="center"/>
            </w:pPr>
            <w:r>
              <w:t>Date:</w:t>
            </w:r>
          </w:p>
        </w:tc>
      </w:tr>
      <w:tr>
        <w:tc>
          <w:tcPr>
            <w:tcW w:type="dxa" w:w="4986"/>
            <w:tcBorders>
              <w:top w:val="nil"/>
              <w:left w:val="nil"/>
              <w:bottom w:val="nil"/>
              <w:right w:val="nil"/>
              <w:insideH w:val="nil"/>
              <w:insideV w:val="nil"/>
            </w:tcBorders>
          </w:tcPr>
          <w:p>
            <w:pPr>
              <w:jc w:val="center"/>
            </w:pPr>
            <w:r>
              <w:t>DBS Check Completed:</w:t>
            </w:r>
          </w:p>
        </w:tc>
        <w:tc>
          <w:tcPr>
            <w:tcW w:type="dxa" w:w="4986"/>
            <w:tcBorders>
              <w:top w:val="nil"/>
              <w:left w:val="nil"/>
              <w:bottom w:val="nil"/>
              <w:right w:val="nil"/>
              <w:insideH w:val="nil"/>
              <w:insideV w:val="nil"/>
            </w:tcBorders>
          </w:tcPr>
          <w:p>
            <w:pPr>
              <w:jc w:val="center"/>
            </w:pPr>
            <w:r>
              <w:t>Date:</w:t>
            </w:r>
          </w:p>
        </w:tc>
      </w:tr>
      <w:tr>
        <w:tc>
          <w:tcPr>
            <w:tcW w:type="dxa" w:w="4986"/>
            <w:tcBorders>
              <w:top w:val="nil"/>
              <w:left w:val="nil"/>
              <w:bottom w:val="nil"/>
              <w:right w:val="nil"/>
              <w:insideH w:val="nil"/>
              <w:insideV w:val="nil"/>
            </w:tcBorders>
          </w:tcPr>
          <w:p>
            <w:pPr>
              <w:jc w:val="center"/>
            </w:pPr>
            <w:r>
              <w:t>Volunteer Role Assigned:</w:t>
            </w:r>
          </w:p>
        </w:tc>
        <w:tc>
          <w:tcPr>
            <w:tcW w:type="dxa" w:w="4986"/>
            <w:tcBorders>
              <w:top w:val="nil"/>
              <w:left w:val="nil"/>
              <w:bottom w:val="nil"/>
              <w:right w:val="nil"/>
              <w:insideH w:val="nil"/>
              <w:insideV w:val="nil"/>
            </w:tcBorders>
          </w:tcPr>
          <w:p>
            <w:pPr>
              <w:jc w:val="center"/>
            </w:pPr>
            <w:r>
              <w:t>Start Date:</w:t>
            </w:r>
          </w:p>
        </w:tc>
      </w:tr>
      <w:tr>
        <w:tc>
          <w:tcPr>
            <w:tcW w:type="dxa" w:w="4986"/>
            <w:tcBorders>
              <w:top w:val="nil"/>
              <w:left w:val="nil"/>
              <w:bottom w:val="nil"/>
              <w:right w:val="nil"/>
              <w:insideH w:val="nil"/>
              <w:insideV w:val="nil"/>
            </w:tcBorders>
          </w:tcPr>
          <w:p>
            <w:pPr>
              <w:jc w:val="center"/>
            </w:pPr>
            <w:r>
              <w:t>Additional Notes:</w:t>
            </w:r>
          </w:p>
        </w:tc>
        <w:tc>
          <w:tcPr>
            <w:tcW w:type="dxa" w:w="4986"/>
            <w:tcBorders>
              <w:top w:val="nil"/>
              <w:left w:val="nil"/>
              <w:bottom w:val="nil"/>
              <w:right w:val="nil"/>
              <w:insideH w:val="nil"/>
              <w:insideV w:val="nil"/>
            </w:tcBorders>
          </w:tcPr>
          <w:p>
            <w:pPr>
              <w:jc w:val="center"/>
            </w:pPr>
            <w:r/>
          </w:p>
        </w:tc>
      </w:tr>
    </w:tbl>
    <w:p>
      <w:r>
        <w:br w:type="page"/>
      </w:r>
    </w:p>
    <w:p>
      <w:pPr>
        <w:jc w:val="center"/>
      </w:pPr>
      <w:r>
        <w:rPr>
          <w:color w:val="555555"/>
          <w:sz w:val="24"/>
        </w:rPr>
        <w:t>Original source of this document:</w:t>
      </w:r>
    </w:p>
    <w:p>
      <w:pPr>
        <w:jc w:val="center"/>
      </w:pPr>
      <w:hyperlink r:id="rId9">
        <w:r>
          <w:rPr>
            <w:color w:val="0000FF"/>
            <w:u w:val="single"/>
          </w:rPr>
          <w:t>https://docstemplates-uk.com/volunteer-application-form/</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https://docstemplates-uk.com</w:t>
        </w:r>
      </w:hyperlink>
    </w:p>
    <w:p>
      <w:pPr>
        <w:jc w:val="center"/>
      </w:pPr>
      <w:r>
        <w:rPr>
          <w:color w:val="808080"/>
          <w:sz w:val="20"/>
        </w:rPr>
        <w:t>This template is intended exclusively for personal, non-commercial use.</w:t>
        <w:br/>
        <w:t>If distributed or published, the source must be mentioned. © docstemplates-uk.com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templates-uk.com/volunteer-application-form/" TargetMode="External"/><Relationship Id="rId10" Type="http://schemas.openxmlformats.org/officeDocument/2006/relationships/hyperlink" Target="https://docstemplates-u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